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A661A" w14:textId="77777777" w:rsidR="00403EC2" w:rsidRPr="004B66D1" w:rsidRDefault="00000000" w:rsidP="000C7750">
      <w:pPr>
        <w:jc w:val="center"/>
        <w:rPr>
          <w:b/>
          <w:bCs/>
          <w:sz w:val="20"/>
          <w:szCs w:val="20"/>
        </w:rPr>
      </w:pPr>
      <w:r w:rsidRPr="004B66D1">
        <w:rPr>
          <w:b/>
          <w:bCs/>
          <w:sz w:val="20"/>
          <w:szCs w:val="20"/>
        </w:rPr>
        <w:t>ÁLTALÁNOS SZERZŐDÉSI FELTÉTELEK</w:t>
      </w:r>
    </w:p>
    <w:p w14:paraId="06FBA5A7" w14:textId="4F544EB0" w:rsidR="00403EC2" w:rsidRPr="004B66D1" w:rsidRDefault="00000000">
      <w:pPr>
        <w:rPr>
          <w:sz w:val="20"/>
          <w:szCs w:val="20"/>
        </w:rPr>
      </w:pPr>
      <w:r w:rsidRPr="004B66D1">
        <w:rPr>
          <w:sz w:val="20"/>
          <w:szCs w:val="20"/>
        </w:rPr>
        <w:t xml:space="preserve">Hatályos: </w:t>
      </w:r>
      <w:r w:rsidR="000C7750" w:rsidRPr="004B66D1">
        <w:rPr>
          <w:sz w:val="20"/>
          <w:szCs w:val="20"/>
        </w:rPr>
        <w:t>2026</w:t>
      </w:r>
      <w:r w:rsidR="00192B8B">
        <w:rPr>
          <w:sz w:val="20"/>
          <w:szCs w:val="20"/>
        </w:rPr>
        <w:t>.</w:t>
      </w:r>
      <w:r w:rsidRPr="004B66D1">
        <w:rPr>
          <w:sz w:val="20"/>
          <w:szCs w:val="20"/>
        </w:rPr>
        <w:t xml:space="preserve"> </w:t>
      </w:r>
      <w:r w:rsidR="000C7750" w:rsidRPr="004B66D1">
        <w:rPr>
          <w:sz w:val="20"/>
          <w:szCs w:val="20"/>
        </w:rPr>
        <w:t>szeptember</w:t>
      </w:r>
      <w:r w:rsidRPr="004B66D1">
        <w:rPr>
          <w:sz w:val="20"/>
          <w:szCs w:val="20"/>
        </w:rPr>
        <w:t xml:space="preserve"> </w:t>
      </w:r>
      <w:r w:rsidR="008B0544">
        <w:rPr>
          <w:sz w:val="20"/>
          <w:szCs w:val="20"/>
        </w:rPr>
        <w:t>28</w:t>
      </w:r>
      <w:r w:rsidR="00C824CF">
        <w:rPr>
          <w:sz w:val="20"/>
          <w:szCs w:val="20"/>
        </w:rPr>
        <w:t>. napjától</w:t>
      </w:r>
    </w:p>
    <w:p w14:paraId="7F0E9F9A" w14:textId="77777777" w:rsidR="00403EC2" w:rsidRPr="004B66D1" w:rsidRDefault="00403EC2">
      <w:pPr>
        <w:rPr>
          <w:sz w:val="20"/>
          <w:szCs w:val="20"/>
        </w:rPr>
      </w:pPr>
    </w:p>
    <w:p w14:paraId="6F0DDB87" w14:textId="1A516AC9" w:rsidR="00403EC2" w:rsidRPr="004B66D1" w:rsidRDefault="00000000" w:rsidP="000C7750">
      <w:pPr>
        <w:pStyle w:val="Listaszerbekezds"/>
        <w:numPr>
          <w:ilvl w:val="0"/>
          <w:numId w:val="10"/>
        </w:numPr>
        <w:spacing w:before="240"/>
        <w:ind w:left="1077"/>
        <w:rPr>
          <w:b/>
          <w:bCs/>
          <w:sz w:val="20"/>
          <w:szCs w:val="20"/>
        </w:rPr>
      </w:pPr>
      <w:r w:rsidRPr="004B66D1">
        <w:rPr>
          <w:b/>
          <w:bCs/>
          <w:sz w:val="20"/>
          <w:szCs w:val="20"/>
        </w:rPr>
        <w:t>PREAMBULUM</w:t>
      </w:r>
      <w:r w:rsidR="000C7750" w:rsidRPr="004B66D1">
        <w:rPr>
          <w:b/>
          <w:bCs/>
          <w:sz w:val="20"/>
          <w:szCs w:val="20"/>
        </w:rPr>
        <w:br/>
      </w:r>
    </w:p>
    <w:p w14:paraId="35FC2A53" w14:textId="09725DF6" w:rsidR="00403EC2" w:rsidRPr="004B66D1" w:rsidRDefault="00000000" w:rsidP="000C7750">
      <w:pPr>
        <w:pStyle w:val="Listaszerbekezds"/>
        <w:numPr>
          <w:ilvl w:val="0"/>
          <w:numId w:val="11"/>
        </w:numPr>
        <w:spacing w:before="240"/>
        <w:ind w:left="714" w:hanging="357"/>
        <w:jc w:val="both"/>
        <w:rPr>
          <w:sz w:val="20"/>
          <w:szCs w:val="20"/>
        </w:rPr>
      </w:pPr>
      <w:r w:rsidRPr="004B66D1">
        <w:rPr>
          <w:b/>
          <w:bCs/>
          <w:sz w:val="20"/>
          <w:szCs w:val="20"/>
        </w:rPr>
        <w:t>A www.tourguidesystem.hu</w:t>
      </w:r>
      <w:r w:rsidRPr="004B66D1">
        <w:rPr>
          <w:sz w:val="20"/>
          <w:szCs w:val="20"/>
        </w:rPr>
        <w:t xml:space="preserve"> (a továbbiakban: Portál) a </w:t>
      </w:r>
      <w:r w:rsidRPr="004B66D1">
        <w:rPr>
          <w:b/>
          <w:bCs/>
          <w:sz w:val="20"/>
          <w:szCs w:val="20"/>
        </w:rPr>
        <w:t>WIRELESS COMMUNICATIONS Korlátolt Felelősségű Társaság</w:t>
      </w:r>
      <w:r w:rsidRPr="004B66D1">
        <w:rPr>
          <w:sz w:val="20"/>
          <w:szCs w:val="20"/>
        </w:rPr>
        <w:t xml:space="preserve"> (székhely: 2040 Budaörs, Petőfi utca 44.; cégjegyzékszám: 13-09-215976; adószám: 25922048-2-13; a továbbiakban: Szolgáltató) által üzemeltetett internetes portál, mely Portálon a Szolgáltató a felhasználók számára wireless tour guide készülékek bérlésére nyújt lehetőséget Magyarország és az Európai Unió területén. A Portálon a Szolgáltató által kínált szolgáltatásokat online veheti igénybe.</w:t>
      </w:r>
      <w:r w:rsidR="000C7750" w:rsidRPr="004B66D1">
        <w:rPr>
          <w:sz w:val="20"/>
          <w:szCs w:val="20"/>
        </w:rPr>
        <w:br/>
      </w:r>
    </w:p>
    <w:p w14:paraId="25F08806" w14:textId="31371DC4" w:rsidR="00403EC2" w:rsidRPr="004B66D1" w:rsidRDefault="00000000" w:rsidP="000C7750">
      <w:pPr>
        <w:pStyle w:val="Listaszerbekezds"/>
        <w:numPr>
          <w:ilvl w:val="0"/>
          <w:numId w:val="11"/>
        </w:numPr>
        <w:jc w:val="both"/>
        <w:rPr>
          <w:sz w:val="20"/>
          <w:szCs w:val="20"/>
        </w:rPr>
      </w:pPr>
      <w:r w:rsidRPr="004B66D1">
        <w:rPr>
          <w:sz w:val="20"/>
          <w:szCs w:val="20"/>
        </w:rPr>
        <w:t>A jelen Általános Szerződési Feltételek (a továbbiakban: ÁSZF) határozzák meg a Portál használata, az online megrendelés feltételeit, valamint a Szolgáltató és a Portálra látogatók közötti jogviszonyra vonatkozó szabályokat.</w:t>
      </w:r>
    </w:p>
    <w:p w14:paraId="179F1ECE" w14:textId="77777777" w:rsidR="00403EC2" w:rsidRPr="004B66D1" w:rsidRDefault="00403EC2">
      <w:pPr>
        <w:rPr>
          <w:sz w:val="20"/>
          <w:szCs w:val="20"/>
        </w:rPr>
      </w:pPr>
    </w:p>
    <w:p w14:paraId="4E6D8965" w14:textId="7638596F" w:rsidR="00403EC2" w:rsidRPr="004B66D1" w:rsidRDefault="00000000" w:rsidP="000C7750">
      <w:pPr>
        <w:pStyle w:val="Listaszerbekezds"/>
        <w:numPr>
          <w:ilvl w:val="0"/>
          <w:numId w:val="10"/>
        </w:numPr>
        <w:rPr>
          <w:b/>
          <w:bCs/>
          <w:sz w:val="20"/>
          <w:szCs w:val="20"/>
        </w:rPr>
      </w:pPr>
      <w:r w:rsidRPr="004B66D1">
        <w:rPr>
          <w:b/>
          <w:bCs/>
          <w:sz w:val="20"/>
          <w:szCs w:val="20"/>
        </w:rPr>
        <w:t>ÁLTALÁNOS ADATOK</w:t>
      </w:r>
      <w:r w:rsidR="000C7750" w:rsidRPr="004B66D1">
        <w:rPr>
          <w:b/>
          <w:bCs/>
          <w:sz w:val="20"/>
          <w:szCs w:val="20"/>
        </w:rPr>
        <w:br/>
      </w:r>
    </w:p>
    <w:p w14:paraId="5B3CC93F" w14:textId="368FCF13" w:rsidR="00403EC2" w:rsidRPr="004B66D1" w:rsidRDefault="00000000" w:rsidP="000C7750">
      <w:pPr>
        <w:pStyle w:val="Listaszerbekezds"/>
        <w:numPr>
          <w:ilvl w:val="0"/>
          <w:numId w:val="12"/>
        </w:numPr>
        <w:rPr>
          <w:b/>
          <w:bCs/>
          <w:sz w:val="20"/>
          <w:szCs w:val="20"/>
        </w:rPr>
      </w:pPr>
      <w:r w:rsidRPr="004B66D1">
        <w:rPr>
          <w:b/>
          <w:bCs/>
          <w:sz w:val="20"/>
          <w:szCs w:val="20"/>
        </w:rPr>
        <w:t xml:space="preserve">A Portál címe: </w:t>
      </w:r>
      <w:hyperlink r:id="rId8" w:history="1">
        <w:r w:rsidR="000C7750" w:rsidRPr="004B66D1">
          <w:rPr>
            <w:rStyle w:val="Hiperhivatkozs"/>
            <w:b/>
            <w:bCs/>
            <w:sz w:val="20"/>
            <w:szCs w:val="20"/>
          </w:rPr>
          <w:t>www.tourguidesystem.hu</w:t>
        </w:r>
      </w:hyperlink>
      <w:r w:rsidR="000C7750" w:rsidRPr="004B66D1">
        <w:rPr>
          <w:b/>
          <w:bCs/>
          <w:sz w:val="20"/>
          <w:szCs w:val="20"/>
        </w:rPr>
        <w:br/>
      </w:r>
    </w:p>
    <w:p w14:paraId="460162C2" w14:textId="429EF61F" w:rsidR="00403EC2" w:rsidRPr="004B66D1" w:rsidRDefault="00000000" w:rsidP="00197924">
      <w:pPr>
        <w:pStyle w:val="Listaszerbekezds"/>
        <w:numPr>
          <w:ilvl w:val="0"/>
          <w:numId w:val="12"/>
        </w:numPr>
        <w:spacing w:after="0"/>
        <w:rPr>
          <w:b/>
          <w:bCs/>
          <w:sz w:val="20"/>
          <w:szCs w:val="20"/>
        </w:rPr>
      </w:pPr>
      <w:r w:rsidRPr="004B66D1">
        <w:rPr>
          <w:b/>
          <w:bCs/>
          <w:sz w:val="20"/>
          <w:szCs w:val="20"/>
        </w:rPr>
        <w:t>A Portál üzemeltetőjének (a Szolgáltatónak) az adatai:</w:t>
      </w:r>
    </w:p>
    <w:p w14:paraId="3E368365" w14:textId="0E955C4E" w:rsidR="00403EC2" w:rsidRPr="004B66D1" w:rsidRDefault="00000000" w:rsidP="00197924">
      <w:pPr>
        <w:spacing w:after="0"/>
        <w:ind w:firstLine="720"/>
        <w:rPr>
          <w:sz w:val="20"/>
          <w:szCs w:val="20"/>
        </w:rPr>
      </w:pPr>
      <w:r w:rsidRPr="004B66D1">
        <w:rPr>
          <w:sz w:val="20"/>
          <w:szCs w:val="20"/>
        </w:rPr>
        <w:t xml:space="preserve">Cégnév: </w:t>
      </w:r>
      <w:r w:rsidR="000C7750" w:rsidRPr="004B66D1">
        <w:rPr>
          <w:sz w:val="20"/>
          <w:szCs w:val="20"/>
        </w:rPr>
        <w:tab/>
      </w:r>
      <w:r w:rsidR="000C7750" w:rsidRPr="004B66D1">
        <w:rPr>
          <w:sz w:val="20"/>
          <w:szCs w:val="20"/>
        </w:rPr>
        <w:tab/>
      </w:r>
      <w:r w:rsidR="000C7750" w:rsidRPr="004B66D1">
        <w:rPr>
          <w:sz w:val="20"/>
          <w:szCs w:val="20"/>
        </w:rPr>
        <w:tab/>
      </w:r>
      <w:r w:rsidR="000C7750" w:rsidRPr="004B66D1">
        <w:rPr>
          <w:sz w:val="20"/>
          <w:szCs w:val="20"/>
        </w:rPr>
        <w:tab/>
      </w:r>
      <w:r w:rsidR="000C7750" w:rsidRPr="004B66D1">
        <w:rPr>
          <w:sz w:val="20"/>
          <w:szCs w:val="20"/>
        </w:rPr>
        <w:tab/>
      </w:r>
      <w:r w:rsidRPr="004B66D1">
        <w:rPr>
          <w:b/>
          <w:bCs/>
          <w:sz w:val="20"/>
          <w:szCs w:val="20"/>
        </w:rPr>
        <w:t>WIRELESS COMMUNICATIONS Korlátolt Felelősségű Társaság</w:t>
      </w:r>
    </w:p>
    <w:p w14:paraId="4C5B8824" w14:textId="7F69124C" w:rsidR="00403EC2" w:rsidRPr="004B66D1" w:rsidRDefault="00000000" w:rsidP="00197924">
      <w:pPr>
        <w:spacing w:after="0"/>
        <w:ind w:firstLine="720"/>
        <w:rPr>
          <w:sz w:val="20"/>
          <w:szCs w:val="20"/>
        </w:rPr>
      </w:pPr>
      <w:r w:rsidRPr="004B66D1">
        <w:rPr>
          <w:sz w:val="20"/>
          <w:szCs w:val="20"/>
        </w:rPr>
        <w:t xml:space="preserve">Székhely: </w:t>
      </w:r>
      <w:r w:rsidR="000C7750" w:rsidRPr="004B66D1">
        <w:rPr>
          <w:sz w:val="20"/>
          <w:szCs w:val="20"/>
        </w:rPr>
        <w:tab/>
      </w:r>
      <w:r w:rsidR="000C7750" w:rsidRPr="004B66D1">
        <w:rPr>
          <w:sz w:val="20"/>
          <w:szCs w:val="20"/>
        </w:rPr>
        <w:tab/>
      </w:r>
      <w:r w:rsidR="000C7750" w:rsidRPr="004B66D1">
        <w:rPr>
          <w:sz w:val="20"/>
          <w:szCs w:val="20"/>
        </w:rPr>
        <w:tab/>
      </w:r>
      <w:r w:rsidR="00197924" w:rsidRPr="004B66D1">
        <w:rPr>
          <w:sz w:val="20"/>
          <w:szCs w:val="20"/>
        </w:rPr>
        <w:tab/>
      </w:r>
      <w:r w:rsidRPr="004B66D1">
        <w:rPr>
          <w:sz w:val="20"/>
          <w:szCs w:val="20"/>
        </w:rPr>
        <w:t>2040 Budaörs, Petőfi utca 44.</w:t>
      </w:r>
    </w:p>
    <w:p w14:paraId="6E82ADBC" w14:textId="1302E40C" w:rsidR="00403EC2" w:rsidRPr="004B66D1" w:rsidRDefault="00000000" w:rsidP="00197924">
      <w:pPr>
        <w:spacing w:after="0"/>
        <w:ind w:firstLine="720"/>
        <w:rPr>
          <w:sz w:val="20"/>
          <w:szCs w:val="20"/>
        </w:rPr>
      </w:pPr>
      <w:r w:rsidRPr="004B66D1">
        <w:rPr>
          <w:sz w:val="20"/>
          <w:szCs w:val="20"/>
        </w:rPr>
        <w:t xml:space="preserve">Levelezési címe: </w:t>
      </w:r>
      <w:r w:rsidR="000C7750" w:rsidRPr="004B66D1">
        <w:rPr>
          <w:sz w:val="20"/>
          <w:szCs w:val="20"/>
        </w:rPr>
        <w:tab/>
      </w:r>
      <w:r w:rsidR="000C7750" w:rsidRPr="004B66D1">
        <w:rPr>
          <w:sz w:val="20"/>
          <w:szCs w:val="20"/>
        </w:rPr>
        <w:tab/>
      </w:r>
      <w:r w:rsidR="000C7750" w:rsidRPr="004B66D1">
        <w:rPr>
          <w:sz w:val="20"/>
          <w:szCs w:val="20"/>
        </w:rPr>
        <w:tab/>
      </w:r>
      <w:r w:rsidR="000C7750" w:rsidRPr="004B66D1">
        <w:rPr>
          <w:sz w:val="20"/>
          <w:szCs w:val="20"/>
        </w:rPr>
        <w:tab/>
        <w:t>1113 Budapest, Bocskai út 77-79</w:t>
      </w:r>
      <w:r w:rsidRPr="004B66D1">
        <w:rPr>
          <w:sz w:val="20"/>
          <w:szCs w:val="20"/>
        </w:rPr>
        <w:t>.</w:t>
      </w:r>
    </w:p>
    <w:p w14:paraId="27E30FA2" w14:textId="70F34D50" w:rsidR="000C7750" w:rsidRPr="004B66D1" w:rsidRDefault="00000000" w:rsidP="00197924">
      <w:pPr>
        <w:spacing w:after="0"/>
        <w:ind w:firstLine="720"/>
        <w:rPr>
          <w:sz w:val="20"/>
          <w:szCs w:val="20"/>
        </w:rPr>
      </w:pPr>
      <w:r w:rsidRPr="004B66D1">
        <w:rPr>
          <w:sz w:val="20"/>
          <w:szCs w:val="20"/>
        </w:rPr>
        <w:t xml:space="preserve">Üzleti tevékenység helyének postai címe: </w:t>
      </w:r>
      <w:r w:rsidR="000C7750" w:rsidRPr="004B66D1">
        <w:rPr>
          <w:sz w:val="20"/>
          <w:szCs w:val="20"/>
        </w:rPr>
        <w:tab/>
        <w:t>1113 Budapest, Bocskai út 77-79.</w:t>
      </w:r>
    </w:p>
    <w:p w14:paraId="6301BE82" w14:textId="7CEFFAD9" w:rsidR="00403EC2" w:rsidRPr="004B66D1" w:rsidRDefault="00000000" w:rsidP="00197924">
      <w:pPr>
        <w:spacing w:after="0"/>
        <w:ind w:firstLine="720"/>
        <w:rPr>
          <w:sz w:val="20"/>
          <w:szCs w:val="20"/>
        </w:rPr>
      </w:pPr>
      <w:r w:rsidRPr="004B66D1">
        <w:rPr>
          <w:sz w:val="20"/>
          <w:szCs w:val="20"/>
        </w:rPr>
        <w:t xml:space="preserve">Cégjegyzékszám: </w:t>
      </w:r>
      <w:r w:rsidR="000C7750" w:rsidRPr="004B66D1">
        <w:rPr>
          <w:sz w:val="20"/>
          <w:szCs w:val="20"/>
        </w:rPr>
        <w:tab/>
      </w:r>
      <w:r w:rsidR="000C7750" w:rsidRPr="004B66D1">
        <w:rPr>
          <w:sz w:val="20"/>
          <w:szCs w:val="20"/>
        </w:rPr>
        <w:tab/>
      </w:r>
      <w:r w:rsidR="000C7750" w:rsidRPr="004B66D1">
        <w:rPr>
          <w:sz w:val="20"/>
          <w:szCs w:val="20"/>
        </w:rPr>
        <w:tab/>
      </w:r>
      <w:r w:rsidRPr="004B66D1">
        <w:rPr>
          <w:sz w:val="20"/>
          <w:szCs w:val="20"/>
        </w:rPr>
        <w:t>13-09-215976</w:t>
      </w:r>
    </w:p>
    <w:p w14:paraId="54F67883" w14:textId="516A1F1E" w:rsidR="00403EC2" w:rsidRPr="004B66D1" w:rsidRDefault="00000000" w:rsidP="00197924">
      <w:pPr>
        <w:spacing w:after="0"/>
        <w:ind w:firstLine="720"/>
        <w:rPr>
          <w:sz w:val="20"/>
          <w:szCs w:val="20"/>
        </w:rPr>
      </w:pPr>
      <w:r w:rsidRPr="004B66D1">
        <w:rPr>
          <w:sz w:val="20"/>
          <w:szCs w:val="20"/>
        </w:rPr>
        <w:t xml:space="preserve">Nyilvántartja: </w:t>
      </w:r>
      <w:r w:rsidR="000C7750" w:rsidRPr="004B66D1">
        <w:rPr>
          <w:sz w:val="20"/>
          <w:szCs w:val="20"/>
        </w:rPr>
        <w:tab/>
      </w:r>
      <w:r w:rsidR="000C7750" w:rsidRPr="004B66D1">
        <w:rPr>
          <w:sz w:val="20"/>
          <w:szCs w:val="20"/>
        </w:rPr>
        <w:tab/>
      </w:r>
      <w:r w:rsidR="000C7750" w:rsidRPr="004B66D1">
        <w:rPr>
          <w:sz w:val="20"/>
          <w:szCs w:val="20"/>
        </w:rPr>
        <w:tab/>
      </w:r>
      <w:r w:rsidR="000C7750" w:rsidRPr="004B66D1">
        <w:rPr>
          <w:sz w:val="20"/>
          <w:szCs w:val="20"/>
        </w:rPr>
        <w:tab/>
      </w:r>
      <w:r w:rsidRPr="004B66D1">
        <w:rPr>
          <w:sz w:val="20"/>
          <w:szCs w:val="20"/>
        </w:rPr>
        <w:t>Budapest Környéki Törvényszék Cégbírósága</w:t>
      </w:r>
    </w:p>
    <w:p w14:paraId="0E7A1A07" w14:textId="1D773FCF" w:rsidR="00403EC2" w:rsidRPr="004B66D1" w:rsidRDefault="00000000" w:rsidP="00197924">
      <w:pPr>
        <w:spacing w:after="0"/>
        <w:ind w:firstLine="720"/>
        <w:rPr>
          <w:sz w:val="20"/>
          <w:szCs w:val="20"/>
        </w:rPr>
      </w:pPr>
      <w:r w:rsidRPr="004B66D1">
        <w:rPr>
          <w:sz w:val="20"/>
          <w:szCs w:val="20"/>
        </w:rPr>
        <w:t xml:space="preserve">Adószám: </w:t>
      </w:r>
      <w:r w:rsidR="000C7750" w:rsidRPr="004B66D1">
        <w:rPr>
          <w:sz w:val="20"/>
          <w:szCs w:val="20"/>
        </w:rPr>
        <w:tab/>
      </w:r>
      <w:r w:rsidR="000C7750" w:rsidRPr="004B66D1">
        <w:rPr>
          <w:sz w:val="20"/>
          <w:szCs w:val="20"/>
        </w:rPr>
        <w:tab/>
      </w:r>
      <w:r w:rsidR="000C7750" w:rsidRPr="004B66D1">
        <w:rPr>
          <w:sz w:val="20"/>
          <w:szCs w:val="20"/>
        </w:rPr>
        <w:tab/>
      </w:r>
      <w:r w:rsidR="000C7750" w:rsidRPr="004B66D1">
        <w:rPr>
          <w:sz w:val="20"/>
          <w:szCs w:val="20"/>
        </w:rPr>
        <w:tab/>
      </w:r>
      <w:r w:rsidRPr="004B66D1">
        <w:rPr>
          <w:sz w:val="20"/>
          <w:szCs w:val="20"/>
        </w:rPr>
        <w:t>25922048-2-13</w:t>
      </w:r>
    </w:p>
    <w:p w14:paraId="7D452940" w14:textId="02D7AE1D" w:rsidR="00403EC2" w:rsidRPr="004B66D1" w:rsidRDefault="00000000" w:rsidP="00197924">
      <w:pPr>
        <w:spacing w:after="0"/>
        <w:ind w:firstLine="720"/>
        <w:rPr>
          <w:sz w:val="20"/>
          <w:szCs w:val="20"/>
        </w:rPr>
      </w:pPr>
      <w:r w:rsidRPr="004B66D1">
        <w:rPr>
          <w:sz w:val="20"/>
          <w:szCs w:val="20"/>
        </w:rPr>
        <w:t xml:space="preserve">E-mail cím: </w:t>
      </w:r>
      <w:r w:rsidR="000C7750" w:rsidRPr="004B66D1">
        <w:rPr>
          <w:sz w:val="20"/>
          <w:szCs w:val="20"/>
        </w:rPr>
        <w:tab/>
      </w:r>
      <w:r w:rsidR="000C7750" w:rsidRPr="004B66D1">
        <w:rPr>
          <w:sz w:val="20"/>
          <w:szCs w:val="20"/>
        </w:rPr>
        <w:tab/>
      </w:r>
      <w:r w:rsidR="000C7750" w:rsidRPr="004B66D1">
        <w:rPr>
          <w:sz w:val="20"/>
          <w:szCs w:val="20"/>
        </w:rPr>
        <w:tab/>
      </w:r>
      <w:r w:rsidR="000C7750" w:rsidRPr="004B66D1">
        <w:rPr>
          <w:sz w:val="20"/>
          <w:szCs w:val="20"/>
        </w:rPr>
        <w:tab/>
      </w:r>
      <w:r w:rsidRPr="004B66D1">
        <w:rPr>
          <w:sz w:val="20"/>
          <w:szCs w:val="20"/>
        </w:rPr>
        <w:t>booking@tourguidesystem.hu</w:t>
      </w:r>
    </w:p>
    <w:p w14:paraId="4BA31EAB" w14:textId="21D1A229" w:rsidR="00403EC2" w:rsidRPr="004B66D1" w:rsidRDefault="00000000" w:rsidP="00197924">
      <w:pPr>
        <w:spacing w:after="0"/>
        <w:ind w:firstLine="720"/>
        <w:rPr>
          <w:sz w:val="20"/>
          <w:szCs w:val="20"/>
        </w:rPr>
      </w:pPr>
      <w:r w:rsidRPr="004B66D1">
        <w:rPr>
          <w:sz w:val="20"/>
          <w:szCs w:val="20"/>
        </w:rPr>
        <w:t xml:space="preserve">Telefonszám: </w:t>
      </w:r>
      <w:r w:rsidR="000C7750" w:rsidRPr="004B66D1">
        <w:rPr>
          <w:sz w:val="20"/>
          <w:szCs w:val="20"/>
        </w:rPr>
        <w:tab/>
      </w:r>
      <w:r w:rsidR="000C7750" w:rsidRPr="004B66D1">
        <w:rPr>
          <w:sz w:val="20"/>
          <w:szCs w:val="20"/>
        </w:rPr>
        <w:tab/>
      </w:r>
      <w:r w:rsidR="000C7750" w:rsidRPr="004B66D1">
        <w:rPr>
          <w:sz w:val="20"/>
          <w:szCs w:val="20"/>
        </w:rPr>
        <w:tab/>
      </w:r>
      <w:r w:rsidR="000C7750" w:rsidRPr="004B66D1">
        <w:rPr>
          <w:sz w:val="20"/>
          <w:szCs w:val="20"/>
        </w:rPr>
        <w:tab/>
      </w:r>
      <w:r w:rsidRPr="004B66D1">
        <w:rPr>
          <w:sz w:val="20"/>
          <w:szCs w:val="20"/>
        </w:rPr>
        <w:t>+36 30</w:t>
      </w:r>
      <w:r w:rsidR="00197924" w:rsidRPr="004B66D1">
        <w:rPr>
          <w:sz w:val="20"/>
          <w:szCs w:val="20"/>
        </w:rPr>
        <w:t> 604 9320</w:t>
      </w:r>
      <w:r w:rsidR="00197924" w:rsidRPr="004B66D1">
        <w:rPr>
          <w:sz w:val="20"/>
          <w:szCs w:val="20"/>
        </w:rPr>
        <w:br/>
      </w:r>
    </w:p>
    <w:p w14:paraId="4BDC55D8" w14:textId="05ACBA8D" w:rsidR="00403EC2" w:rsidRPr="004B66D1" w:rsidRDefault="00000000" w:rsidP="00197924">
      <w:pPr>
        <w:pStyle w:val="Listaszerbekezds"/>
        <w:numPr>
          <w:ilvl w:val="0"/>
          <w:numId w:val="12"/>
        </w:numPr>
        <w:spacing w:after="0"/>
        <w:rPr>
          <w:b/>
          <w:bCs/>
          <w:sz w:val="20"/>
          <w:szCs w:val="20"/>
        </w:rPr>
      </w:pPr>
      <w:r w:rsidRPr="004B66D1">
        <w:rPr>
          <w:b/>
          <w:bCs/>
          <w:sz w:val="20"/>
          <w:szCs w:val="20"/>
        </w:rPr>
        <w:t>Ügyfélszolgálat:</w:t>
      </w:r>
    </w:p>
    <w:p w14:paraId="5ED6237F" w14:textId="2B8BE2CE" w:rsidR="00403EC2" w:rsidRPr="004B66D1" w:rsidRDefault="00000000" w:rsidP="00197924">
      <w:pPr>
        <w:spacing w:after="0"/>
        <w:ind w:firstLine="720"/>
        <w:rPr>
          <w:sz w:val="20"/>
          <w:szCs w:val="20"/>
        </w:rPr>
      </w:pPr>
      <w:r w:rsidRPr="004B66D1">
        <w:rPr>
          <w:sz w:val="20"/>
          <w:szCs w:val="20"/>
        </w:rPr>
        <w:t xml:space="preserve">Postai cím: </w:t>
      </w:r>
      <w:r w:rsidR="00197924" w:rsidRPr="004B66D1">
        <w:rPr>
          <w:sz w:val="20"/>
          <w:szCs w:val="20"/>
        </w:rPr>
        <w:tab/>
      </w:r>
      <w:r w:rsidR="00197924" w:rsidRPr="004B66D1">
        <w:rPr>
          <w:sz w:val="20"/>
          <w:szCs w:val="20"/>
        </w:rPr>
        <w:tab/>
      </w:r>
      <w:r w:rsidR="00197924" w:rsidRPr="004B66D1">
        <w:rPr>
          <w:sz w:val="20"/>
          <w:szCs w:val="20"/>
        </w:rPr>
        <w:tab/>
      </w:r>
      <w:r w:rsidR="00197924" w:rsidRPr="004B66D1">
        <w:rPr>
          <w:sz w:val="20"/>
          <w:szCs w:val="20"/>
        </w:rPr>
        <w:tab/>
        <w:t>1113 Budapest, Bocskai út 77-79.</w:t>
      </w:r>
    </w:p>
    <w:p w14:paraId="581CABC8" w14:textId="1E1E5C7B" w:rsidR="00403EC2" w:rsidRPr="004B66D1" w:rsidRDefault="00000000" w:rsidP="00197924">
      <w:pPr>
        <w:spacing w:after="0"/>
        <w:ind w:firstLine="720"/>
        <w:rPr>
          <w:sz w:val="20"/>
          <w:szCs w:val="20"/>
        </w:rPr>
      </w:pPr>
      <w:r w:rsidRPr="004B66D1">
        <w:rPr>
          <w:sz w:val="20"/>
          <w:szCs w:val="20"/>
        </w:rPr>
        <w:t xml:space="preserve">Telefonszám: </w:t>
      </w:r>
      <w:r w:rsidR="00197924" w:rsidRPr="004B66D1">
        <w:rPr>
          <w:sz w:val="20"/>
          <w:szCs w:val="20"/>
        </w:rPr>
        <w:tab/>
      </w:r>
      <w:r w:rsidR="00197924" w:rsidRPr="004B66D1">
        <w:rPr>
          <w:sz w:val="20"/>
          <w:szCs w:val="20"/>
        </w:rPr>
        <w:tab/>
      </w:r>
      <w:r w:rsidR="00197924" w:rsidRPr="004B66D1">
        <w:rPr>
          <w:sz w:val="20"/>
          <w:szCs w:val="20"/>
        </w:rPr>
        <w:tab/>
      </w:r>
      <w:r w:rsidR="00197924" w:rsidRPr="004B66D1">
        <w:rPr>
          <w:sz w:val="20"/>
          <w:szCs w:val="20"/>
        </w:rPr>
        <w:tab/>
      </w:r>
      <w:r w:rsidRPr="004B66D1">
        <w:rPr>
          <w:sz w:val="20"/>
          <w:szCs w:val="20"/>
        </w:rPr>
        <w:t>+36 30 520 3543</w:t>
      </w:r>
    </w:p>
    <w:p w14:paraId="5EF70008" w14:textId="7080737A" w:rsidR="00403EC2" w:rsidRPr="004B66D1" w:rsidRDefault="00000000" w:rsidP="00197924">
      <w:pPr>
        <w:spacing w:after="0"/>
        <w:ind w:firstLine="720"/>
        <w:rPr>
          <w:sz w:val="20"/>
          <w:szCs w:val="20"/>
        </w:rPr>
      </w:pPr>
      <w:r w:rsidRPr="004B66D1">
        <w:rPr>
          <w:sz w:val="20"/>
          <w:szCs w:val="20"/>
        </w:rPr>
        <w:t xml:space="preserve">E-mail: </w:t>
      </w:r>
      <w:r w:rsidR="00197924" w:rsidRPr="004B66D1">
        <w:rPr>
          <w:sz w:val="20"/>
          <w:szCs w:val="20"/>
        </w:rPr>
        <w:tab/>
      </w:r>
      <w:r w:rsidR="00197924" w:rsidRPr="004B66D1">
        <w:rPr>
          <w:sz w:val="20"/>
          <w:szCs w:val="20"/>
        </w:rPr>
        <w:tab/>
      </w:r>
      <w:r w:rsidR="00197924" w:rsidRPr="004B66D1">
        <w:rPr>
          <w:sz w:val="20"/>
          <w:szCs w:val="20"/>
        </w:rPr>
        <w:tab/>
      </w:r>
      <w:r w:rsidR="00197924" w:rsidRPr="004B66D1">
        <w:rPr>
          <w:sz w:val="20"/>
          <w:szCs w:val="20"/>
        </w:rPr>
        <w:tab/>
      </w:r>
      <w:r w:rsidR="00197924" w:rsidRPr="004B66D1">
        <w:rPr>
          <w:sz w:val="20"/>
          <w:szCs w:val="20"/>
        </w:rPr>
        <w:tab/>
      </w:r>
      <w:r w:rsidRPr="004B66D1">
        <w:rPr>
          <w:sz w:val="20"/>
          <w:szCs w:val="20"/>
        </w:rPr>
        <w:t>booking@tourguidesystem.hu</w:t>
      </w:r>
    </w:p>
    <w:p w14:paraId="44C90DB8" w14:textId="77777777" w:rsidR="00403EC2" w:rsidRPr="004B66D1" w:rsidRDefault="00403EC2">
      <w:pPr>
        <w:rPr>
          <w:sz w:val="20"/>
          <w:szCs w:val="20"/>
        </w:rPr>
      </w:pPr>
    </w:p>
    <w:p w14:paraId="62293F2B" w14:textId="77777777" w:rsidR="00403EC2" w:rsidRPr="004B66D1" w:rsidRDefault="00403EC2">
      <w:pPr>
        <w:rPr>
          <w:sz w:val="20"/>
          <w:szCs w:val="20"/>
        </w:rPr>
      </w:pPr>
    </w:p>
    <w:p w14:paraId="63693F64" w14:textId="07DB1723" w:rsidR="00403EC2" w:rsidRPr="004B66D1" w:rsidRDefault="00000000" w:rsidP="00197924">
      <w:pPr>
        <w:pStyle w:val="Listaszerbekezds"/>
        <w:numPr>
          <w:ilvl w:val="0"/>
          <w:numId w:val="10"/>
        </w:numPr>
        <w:rPr>
          <w:b/>
          <w:bCs/>
          <w:sz w:val="20"/>
          <w:szCs w:val="20"/>
        </w:rPr>
      </w:pPr>
      <w:r w:rsidRPr="004B66D1">
        <w:rPr>
          <w:b/>
          <w:bCs/>
          <w:sz w:val="20"/>
          <w:szCs w:val="20"/>
        </w:rPr>
        <w:t>FOGALMAK</w:t>
      </w:r>
    </w:p>
    <w:tbl>
      <w:tblPr>
        <w:tblStyle w:val="Rcsostblzat"/>
        <w:tblW w:w="9639" w:type="dxa"/>
        <w:tblInd w:w="534" w:type="dxa"/>
        <w:tblLook w:val="04A0" w:firstRow="1" w:lastRow="0" w:firstColumn="1" w:lastColumn="0" w:noHBand="0" w:noVBand="1"/>
      </w:tblPr>
      <w:tblGrid>
        <w:gridCol w:w="1701"/>
        <w:gridCol w:w="7938"/>
      </w:tblGrid>
      <w:tr w:rsidR="000B1E03" w:rsidRPr="004B66D1" w14:paraId="5CA71FEF" w14:textId="77777777" w:rsidTr="000B1E03">
        <w:tc>
          <w:tcPr>
            <w:tcW w:w="1701" w:type="dxa"/>
          </w:tcPr>
          <w:p w14:paraId="5B106E51" w14:textId="1B823C49" w:rsidR="000B1E03" w:rsidRPr="004B66D1" w:rsidRDefault="000B1E03" w:rsidP="000B1E03">
            <w:pPr>
              <w:rPr>
                <w:b/>
                <w:bCs/>
                <w:sz w:val="20"/>
                <w:szCs w:val="20"/>
              </w:rPr>
            </w:pPr>
            <w:r w:rsidRPr="004B66D1">
              <w:rPr>
                <w:b/>
                <w:bCs/>
                <w:sz w:val="20"/>
                <w:szCs w:val="20"/>
              </w:rPr>
              <w:t>Portál:</w:t>
            </w:r>
          </w:p>
        </w:tc>
        <w:tc>
          <w:tcPr>
            <w:tcW w:w="7938" w:type="dxa"/>
          </w:tcPr>
          <w:p w14:paraId="2064F8BD" w14:textId="110B6D89" w:rsidR="000B1E03" w:rsidRPr="004B66D1" w:rsidRDefault="000B1E03" w:rsidP="000B1E03">
            <w:pPr>
              <w:rPr>
                <w:b/>
                <w:bCs/>
                <w:sz w:val="20"/>
                <w:szCs w:val="20"/>
              </w:rPr>
            </w:pPr>
            <w:r w:rsidRPr="004B66D1">
              <w:rPr>
                <w:sz w:val="20"/>
                <w:szCs w:val="20"/>
              </w:rPr>
              <w:t>a Szolgáltató által a www.tourguidesystem.hu URL cím alatt üzemeltetett honlap, amelyen keresztül a Szolgáltató az eszközbérleti szolgáltatást nyújtja.</w:t>
            </w:r>
          </w:p>
        </w:tc>
      </w:tr>
      <w:tr w:rsidR="000B1E03" w:rsidRPr="004B66D1" w14:paraId="7EFCAF26" w14:textId="77777777" w:rsidTr="000B1E03">
        <w:tc>
          <w:tcPr>
            <w:tcW w:w="1701" w:type="dxa"/>
          </w:tcPr>
          <w:p w14:paraId="1280F349" w14:textId="37047657" w:rsidR="000B1E03" w:rsidRPr="004B66D1" w:rsidRDefault="000B1E03" w:rsidP="000B1E03">
            <w:pPr>
              <w:rPr>
                <w:b/>
                <w:bCs/>
                <w:sz w:val="20"/>
                <w:szCs w:val="20"/>
              </w:rPr>
            </w:pPr>
            <w:r w:rsidRPr="004B66D1">
              <w:rPr>
                <w:b/>
                <w:bCs/>
                <w:sz w:val="20"/>
                <w:szCs w:val="20"/>
              </w:rPr>
              <w:t>Szolgáltató:</w:t>
            </w:r>
          </w:p>
        </w:tc>
        <w:tc>
          <w:tcPr>
            <w:tcW w:w="7938" w:type="dxa"/>
          </w:tcPr>
          <w:p w14:paraId="7801FABA" w14:textId="09A696EA" w:rsidR="000B1E03" w:rsidRPr="004B66D1" w:rsidRDefault="000B1E03" w:rsidP="000B1E03">
            <w:pPr>
              <w:rPr>
                <w:b/>
                <w:bCs/>
                <w:sz w:val="20"/>
                <w:szCs w:val="20"/>
              </w:rPr>
            </w:pPr>
            <w:r w:rsidRPr="004B66D1">
              <w:rPr>
                <w:sz w:val="20"/>
                <w:szCs w:val="20"/>
              </w:rPr>
              <w:t>WIRELESS COMMUNICATIONS Korlátolt Felelősségű Társaság, amely a Portált üzemelteti és a szolgáltatásokat nyújtja.</w:t>
            </w:r>
          </w:p>
        </w:tc>
      </w:tr>
      <w:tr w:rsidR="000B1E03" w:rsidRPr="004B66D1" w14:paraId="16C54D3E" w14:textId="77777777" w:rsidTr="000B1E03">
        <w:tc>
          <w:tcPr>
            <w:tcW w:w="1701" w:type="dxa"/>
          </w:tcPr>
          <w:p w14:paraId="3ED82F21" w14:textId="65D20D41" w:rsidR="000B1E03" w:rsidRPr="004B66D1" w:rsidRDefault="000B1E03" w:rsidP="000B1E03">
            <w:pPr>
              <w:rPr>
                <w:b/>
                <w:bCs/>
                <w:sz w:val="20"/>
                <w:szCs w:val="20"/>
              </w:rPr>
            </w:pPr>
            <w:r w:rsidRPr="004B66D1">
              <w:rPr>
                <w:b/>
                <w:bCs/>
                <w:sz w:val="20"/>
                <w:szCs w:val="20"/>
              </w:rPr>
              <w:t>Felhasználó:</w:t>
            </w:r>
          </w:p>
        </w:tc>
        <w:tc>
          <w:tcPr>
            <w:tcW w:w="7938" w:type="dxa"/>
          </w:tcPr>
          <w:p w14:paraId="0694D53E" w14:textId="6DA8E525" w:rsidR="000B1E03" w:rsidRPr="004B66D1" w:rsidRDefault="000B1E03" w:rsidP="000B1E03">
            <w:pPr>
              <w:rPr>
                <w:b/>
                <w:bCs/>
                <w:sz w:val="20"/>
                <w:szCs w:val="20"/>
              </w:rPr>
            </w:pPr>
            <w:r w:rsidRPr="004B66D1">
              <w:rPr>
                <w:sz w:val="20"/>
                <w:szCs w:val="20"/>
              </w:rPr>
              <w:t>az a természetes személy, jogi személy, jogi személyiséggel nem rendelkező egyéb szervezet, aki/amely a Portálra látogat;</w:t>
            </w:r>
          </w:p>
        </w:tc>
      </w:tr>
      <w:tr w:rsidR="000B1E03" w:rsidRPr="004B66D1" w14:paraId="3999D68C" w14:textId="77777777" w:rsidTr="000B1E03">
        <w:tc>
          <w:tcPr>
            <w:tcW w:w="1701" w:type="dxa"/>
          </w:tcPr>
          <w:p w14:paraId="2A311353" w14:textId="28635F49" w:rsidR="000B1E03" w:rsidRPr="004B66D1" w:rsidRDefault="000B1E03" w:rsidP="000B1E03">
            <w:pPr>
              <w:rPr>
                <w:b/>
                <w:bCs/>
                <w:sz w:val="20"/>
                <w:szCs w:val="20"/>
              </w:rPr>
            </w:pPr>
            <w:r w:rsidRPr="004B66D1">
              <w:rPr>
                <w:b/>
                <w:bCs/>
                <w:sz w:val="20"/>
                <w:szCs w:val="20"/>
              </w:rPr>
              <w:lastRenderedPageBreak/>
              <w:t>Bérlő:</w:t>
            </w:r>
          </w:p>
        </w:tc>
        <w:tc>
          <w:tcPr>
            <w:tcW w:w="7938" w:type="dxa"/>
          </w:tcPr>
          <w:p w14:paraId="37BF1BCA" w14:textId="03B5B9E3" w:rsidR="000B1E03" w:rsidRPr="004B66D1" w:rsidRDefault="000B1E03" w:rsidP="000B1E03">
            <w:pPr>
              <w:rPr>
                <w:b/>
                <w:bCs/>
                <w:sz w:val="20"/>
                <w:szCs w:val="20"/>
              </w:rPr>
            </w:pPr>
            <w:r w:rsidRPr="004B66D1">
              <w:rPr>
                <w:sz w:val="20"/>
                <w:szCs w:val="20"/>
              </w:rPr>
              <w:t>az a Felhasználó, aki/amely a Portál funkcióit használja, illetve a Portálon keresztül nyújtott eszközbérleti szolgáltatást igénybe veszi (megrendelést ad le). A Bérlő fogalma magában foglalja a fogyasztó fogalmát.</w:t>
            </w:r>
          </w:p>
        </w:tc>
      </w:tr>
      <w:tr w:rsidR="000B1E03" w:rsidRPr="004B66D1" w14:paraId="2B136AA4" w14:textId="77777777" w:rsidTr="000B1E03">
        <w:tc>
          <w:tcPr>
            <w:tcW w:w="1701" w:type="dxa"/>
          </w:tcPr>
          <w:p w14:paraId="5DC87B3F" w14:textId="2B48AF75" w:rsidR="000B1E03" w:rsidRPr="004B66D1" w:rsidRDefault="000B1E03" w:rsidP="000B1E03">
            <w:pPr>
              <w:rPr>
                <w:b/>
                <w:bCs/>
                <w:sz w:val="20"/>
                <w:szCs w:val="20"/>
              </w:rPr>
            </w:pPr>
            <w:r w:rsidRPr="004B66D1">
              <w:rPr>
                <w:b/>
                <w:bCs/>
                <w:sz w:val="20"/>
                <w:szCs w:val="20"/>
              </w:rPr>
              <w:t>Fogyasztó:</w:t>
            </w:r>
          </w:p>
        </w:tc>
        <w:tc>
          <w:tcPr>
            <w:tcW w:w="7938" w:type="dxa"/>
          </w:tcPr>
          <w:p w14:paraId="6F2CF72D" w14:textId="7A5AAD42" w:rsidR="000B1E03" w:rsidRPr="004B66D1" w:rsidRDefault="000B1E03" w:rsidP="000B1E03">
            <w:pPr>
              <w:rPr>
                <w:b/>
                <w:bCs/>
                <w:sz w:val="20"/>
                <w:szCs w:val="20"/>
              </w:rPr>
            </w:pPr>
            <w:r w:rsidRPr="004B66D1">
              <w:rPr>
                <w:sz w:val="20"/>
                <w:szCs w:val="20"/>
              </w:rPr>
              <w:t>a Ptk. 8:1. § 3. pontja értelmében vett fogyasztó, aki a szakmája, önálló foglalkozása vagy üzleti tevékenysége körén kívül eljáró természetes személy.</w:t>
            </w:r>
          </w:p>
        </w:tc>
      </w:tr>
      <w:tr w:rsidR="000B1E03" w:rsidRPr="004B66D1" w14:paraId="1F696B01" w14:textId="77777777" w:rsidTr="000B1E03">
        <w:tc>
          <w:tcPr>
            <w:tcW w:w="1701" w:type="dxa"/>
          </w:tcPr>
          <w:p w14:paraId="22EEE1A2" w14:textId="7163AB27" w:rsidR="000B1E03" w:rsidRPr="004B66D1" w:rsidRDefault="000B1E03" w:rsidP="000B1E03">
            <w:pPr>
              <w:rPr>
                <w:b/>
                <w:bCs/>
                <w:sz w:val="20"/>
                <w:szCs w:val="20"/>
              </w:rPr>
            </w:pPr>
            <w:r w:rsidRPr="004B66D1">
              <w:rPr>
                <w:b/>
                <w:bCs/>
                <w:sz w:val="20"/>
                <w:szCs w:val="20"/>
              </w:rPr>
              <w:t>Eszköz(ök):</w:t>
            </w:r>
          </w:p>
        </w:tc>
        <w:tc>
          <w:tcPr>
            <w:tcW w:w="7938" w:type="dxa"/>
          </w:tcPr>
          <w:p w14:paraId="4152C557" w14:textId="2891BF0A" w:rsidR="000B1E03" w:rsidRPr="004B66D1" w:rsidRDefault="000B1E03" w:rsidP="000B1E03">
            <w:pPr>
              <w:rPr>
                <w:b/>
                <w:bCs/>
                <w:sz w:val="20"/>
                <w:szCs w:val="20"/>
              </w:rPr>
            </w:pPr>
            <w:r w:rsidRPr="004B66D1">
              <w:rPr>
                <w:sz w:val="20"/>
                <w:szCs w:val="20"/>
              </w:rPr>
              <w:t>a Portálon a Szolgáltató által bérlésre felkínált wireless tour guide készülékek, amelyeket a Bérlők bérbevesznek. Az Eszközök körét a Szolgáltató jogosult saját döntési jogkörében eljárva bármikor szabadon meghatározni, módosítani, egyes eszközök bérbeadását megszüntetni, új eszközöket bevezetni, meglévő eszközök, azok bármilyen tulajdonságát, beleértve az árat is, egyoldalúan bármikor módosítani.</w:t>
            </w:r>
          </w:p>
        </w:tc>
      </w:tr>
      <w:tr w:rsidR="000B1E03" w:rsidRPr="004B66D1" w14:paraId="14603C2A" w14:textId="77777777" w:rsidTr="000B1E03">
        <w:tc>
          <w:tcPr>
            <w:tcW w:w="1701" w:type="dxa"/>
          </w:tcPr>
          <w:p w14:paraId="59142767" w14:textId="2088452F" w:rsidR="000B1E03" w:rsidRPr="004B66D1" w:rsidRDefault="000B1E03" w:rsidP="000B1E03">
            <w:pPr>
              <w:rPr>
                <w:b/>
                <w:bCs/>
                <w:sz w:val="20"/>
                <w:szCs w:val="20"/>
              </w:rPr>
            </w:pPr>
            <w:r w:rsidRPr="004B66D1">
              <w:rPr>
                <w:b/>
                <w:bCs/>
                <w:sz w:val="20"/>
                <w:szCs w:val="20"/>
              </w:rPr>
              <w:t>Hírlevél:</w:t>
            </w:r>
          </w:p>
        </w:tc>
        <w:tc>
          <w:tcPr>
            <w:tcW w:w="7938" w:type="dxa"/>
          </w:tcPr>
          <w:p w14:paraId="75388556" w14:textId="3B78E90F" w:rsidR="000B1E03" w:rsidRPr="004B66D1" w:rsidRDefault="000B1E03" w:rsidP="000B1E03">
            <w:pPr>
              <w:rPr>
                <w:sz w:val="20"/>
                <w:szCs w:val="20"/>
              </w:rPr>
            </w:pPr>
            <w:r w:rsidRPr="004B66D1">
              <w:rPr>
                <w:sz w:val="20"/>
                <w:szCs w:val="20"/>
              </w:rPr>
              <w:t>a Szolgáltató által nyújtott, e-mailen keresztül megrendelhető ingyenes szolgáltatás, amelynek keretében a Szolgáltató az ahhoz hozzájáruló Felhasználóknak elektronikus direkt marketingnek és reklámnak minősülő üzenetet küld a Felhasználó Portálon megadott e-mail címére.</w:t>
            </w:r>
          </w:p>
        </w:tc>
      </w:tr>
      <w:tr w:rsidR="000B1E03" w:rsidRPr="004B66D1" w14:paraId="619105CF" w14:textId="77777777" w:rsidTr="000B1E03">
        <w:tc>
          <w:tcPr>
            <w:tcW w:w="1701" w:type="dxa"/>
          </w:tcPr>
          <w:p w14:paraId="08E530CB" w14:textId="53E4BFDA" w:rsidR="000B1E03" w:rsidRPr="004B66D1" w:rsidRDefault="000B1E03" w:rsidP="000B1E03">
            <w:pPr>
              <w:rPr>
                <w:b/>
                <w:bCs/>
                <w:sz w:val="20"/>
                <w:szCs w:val="20"/>
              </w:rPr>
            </w:pPr>
            <w:r w:rsidRPr="004B66D1">
              <w:rPr>
                <w:b/>
                <w:bCs/>
                <w:sz w:val="20"/>
                <w:szCs w:val="20"/>
              </w:rPr>
              <w:t>ÁSZF:</w:t>
            </w:r>
          </w:p>
        </w:tc>
        <w:tc>
          <w:tcPr>
            <w:tcW w:w="7938" w:type="dxa"/>
          </w:tcPr>
          <w:p w14:paraId="5B8D94C4" w14:textId="100336C4" w:rsidR="000B1E03" w:rsidRPr="004B66D1" w:rsidRDefault="000B1E03" w:rsidP="000B1E03">
            <w:pPr>
              <w:rPr>
                <w:sz w:val="20"/>
                <w:szCs w:val="20"/>
              </w:rPr>
            </w:pPr>
            <w:r w:rsidRPr="004B66D1">
              <w:rPr>
                <w:sz w:val="20"/>
                <w:szCs w:val="20"/>
              </w:rPr>
              <w:t>a Szolgáltató Portálra vonatkozó, a Portálon közzétett Általános Szerződési Feltételei.</w:t>
            </w:r>
          </w:p>
        </w:tc>
      </w:tr>
      <w:tr w:rsidR="000B1E03" w:rsidRPr="004B66D1" w14:paraId="64D3F1C2" w14:textId="77777777" w:rsidTr="000B1E03">
        <w:tc>
          <w:tcPr>
            <w:tcW w:w="1701" w:type="dxa"/>
          </w:tcPr>
          <w:p w14:paraId="149C4144" w14:textId="4B514844" w:rsidR="000B1E03" w:rsidRPr="004B66D1" w:rsidRDefault="000B1E03" w:rsidP="000B1E03">
            <w:pPr>
              <w:rPr>
                <w:b/>
                <w:bCs/>
                <w:sz w:val="20"/>
                <w:szCs w:val="20"/>
              </w:rPr>
            </w:pPr>
            <w:r w:rsidRPr="004B66D1">
              <w:rPr>
                <w:b/>
                <w:bCs/>
                <w:sz w:val="20"/>
                <w:szCs w:val="20"/>
              </w:rPr>
              <w:t>Futárszolgálat:</w:t>
            </w:r>
          </w:p>
        </w:tc>
        <w:tc>
          <w:tcPr>
            <w:tcW w:w="7938" w:type="dxa"/>
          </w:tcPr>
          <w:p w14:paraId="498094A9" w14:textId="3144E7AF" w:rsidR="000B1E03" w:rsidRPr="004B66D1" w:rsidRDefault="000B1E03" w:rsidP="000B1E03">
            <w:pPr>
              <w:rPr>
                <w:sz w:val="20"/>
                <w:szCs w:val="20"/>
              </w:rPr>
            </w:pPr>
            <w:r w:rsidRPr="004B66D1">
              <w:rPr>
                <w:sz w:val="20"/>
                <w:szCs w:val="20"/>
              </w:rPr>
              <w:t>a Szolgáltató azon munkatársa, illetve a Szolgáltatóval szerződött azon harmadik személy, aki a Portálon a Bérlő által megrendelt Eszközöket a Bérlő által megadott Szállítási címre kiszállítja a Szolgáltató nevében.</w:t>
            </w:r>
          </w:p>
        </w:tc>
      </w:tr>
      <w:tr w:rsidR="000B1E03" w:rsidRPr="004B66D1" w14:paraId="25FD7E95" w14:textId="77777777" w:rsidTr="000B1E03">
        <w:tc>
          <w:tcPr>
            <w:tcW w:w="1701" w:type="dxa"/>
          </w:tcPr>
          <w:p w14:paraId="3BBA3E1D" w14:textId="19D3002F" w:rsidR="000B1E03" w:rsidRPr="004B66D1" w:rsidRDefault="000B1E03" w:rsidP="000B1E03">
            <w:pPr>
              <w:rPr>
                <w:b/>
                <w:bCs/>
                <w:sz w:val="20"/>
                <w:szCs w:val="20"/>
              </w:rPr>
            </w:pPr>
            <w:r w:rsidRPr="004B66D1">
              <w:rPr>
                <w:b/>
                <w:bCs/>
                <w:sz w:val="20"/>
                <w:szCs w:val="20"/>
              </w:rPr>
              <w:t>Átvételipont:</w:t>
            </w:r>
          </w:p>
        </w:tc>
        <w:tc>
          <w:tcPr>
            <w:tcW w:w="7938" w:type="dxa"/>
          </w:tcPr>
          <w:p w14:paraId="72EDC077" w14:textId="2D9B136C" w:rsidR="000B1E03" w:rsidRPr="004B66D1" w:rsidRDefault="000B1E03" w:rsidP="000B1E03">
            <w:pPr>
              <w:rPr>
                <w:sz w:val="20"/>
                <w:szCs w:val="20"/>
              </w:rPr>
            </w:pPr>
            <w:r w:rsidRPr="004B66D1">
              <w:rPr>
                <w:sz w:val="20"/>
                <w:szCs w:val="20"/>
              </w:rPr>
              <w:t>a Szolgáltatóval szerződött azon harmadik személy, amelynek címén a Bérlő személyesen veheti át a megrendelt Eszközöket.</w:t>
            </w:r>
          </w:p>
        </w:tc>
      </w:tr>
      <w:tr w:rsidR="000B1E03" w:rsidRPr="004B66D1" w14:paraId="66ACA5D9" w14:textId="77777777" w:rsidTr="000B1E03">
        <w:tc>
          <w:tcPr>
            <w:tcW w:w="1701" w:type="dxa"/>
          </w:tcPr>
          <w:p w14:paraId="19D4FA71" w14:textId="086374B0" w:rsidR="000B1E03" w:rsidRPr="004B66D1" w:rsidRDefault="000B1E03" w:rsidP="000B1E03">
            <w:pPr>
              <w:rPr>
                <w:b/>
                <w:bCs/>
                <w:sz w:val="20"/>
                <w:szCs w:val="20"/>
              </w:rPr>
            </w:pPr>
            <w:r w:rsidRPr="004B66D1">
              <w:rPr>
                <w:b/>
                <w:bCs/>
                <w:sz w:val="20"/>
                <w:szCs w:val="20"/>
              </w:rPr>
              <w:t>Lakcím:</w:t>
            </w:r>
          </w:p>
        </w:tc>
        <w:tc>
          <w:tcPr>
            <w:tcW w:w="7938" w:type="dxa"/>
          </w:tcPr>
          <w:p w14:paraId="1A987AD3" w14:textId="18F8028C" w:rsidR="000B1E03" w:rsidRPr="004B66D1" w:rsidRDefault="000B1E03" w:rsidP="000B1E03">
            <w:pPr>
              <w:rPr>
                <w:sz w:val="20"/>
                <w:szCs w:val="20"/>
              </w:rPr>
            </w:pPr>
            <w:r w:rsidRPr="004B66D1">
              <w:rPr>
                <w:sz w:val="20"/>
                <w:szCs w:val="20"/>
              </w:rPr>
              <w:t>A természetes személy Bérlő lakcímkártyájában szereplő állandó lakcím, nem természetes személy eseté</w:t>
            </w:r>
            <w:r w:rsidR="00257C4F">
              <w:rPr>
                <w:sz w:val="20"/>
                <w:szCs w:val="20"/>
              </w:rPr>
              <w:t>be</w:t>
            </w:r>
            <w:r w:rsidRPr="004B66D1">
              <w:rPr>
                <w:sz w:val="20"/>
                <w:szCs w:val="20"/>
              </w:rPr>
              <w:t>n a nyilvántartó hatóságnál bejegyzett székhely.</w:t>
            </w:r>
          </w:p>
        </w:tc>
      </w:tr>
      <w:tr w:rsidR="000B1E03" w:rsidRPr="004B66D1" w14:paraId="6972EE83" w14:textId="77777777" w:rsidTr="000B1E03">
        <w:tc>
          <w:tcPr>
            <w:tcW w:w="1701" w:type="dxa"/>
          </w:tcPr>
          <w:p w14:paraId="69EB7A87" w14:textId="4635C2EF" w:rsidR="000B1E03" w:rsidRPr="004B66D1" w:rsidRDefault="000B1E03" w:rsidP="000B1E03">
            <w:pPr>
              <w:rPr>
                <w:b/>
                <w:bCs/>
                <w:sz w:val="20"/>
                <w:szCs w:val="20"/>
              </w:rPr>
            </w:pPr>
            <w:r w:rsidRPr="004B66D1">
              <w:rPr>
                <w:b/>
                <w:bCs/>
                <w:sz w:val="20"/>
                <w:szCs w:val="20"/>
              </w:rPr>
              <w:t>Szállítási cím:</w:t>
            </w:r>
          </w:p>
        </w:tc>
        <w:tc>
          <w:tcPr>
            <w:tcW w:w="7938" w:type="dxa"/>
          </w:tcPr>
          <w:p w14:paraId="09C86FBA" w14:textId="0B49E9CD" w:rsidR="000B1E03" w:rsidRPr="004B66D1" w:rsidRDefault="000B1E03" w:rsidP="000B1E03">
            <w:pPr>
              <w:tabs>
                <w:tab w:val="left" w:pos="900"/>
              </w:tabs>
              <w:rPr>
                <w:sz w:val="20"/>
                <w:szCs w:val="20"/>
              </w:rPr>
            </w:pPr>
            <w:r w:rsidRPr="004B66D1">
              <w:rPr>
                <w:sz w:val="20"/>
                <w:szCs w:val="20"/>
              </w:rPr>
              <w:t>a Bérlő által megadott olyan cím, amelyre a Bérlő a Portálon megrendelt Eszközök kiszállítását kéri. A Lakcím és a Szállítási cím egymástól eltérhet.</w:t>
            </w:r>
          </w:p>
        </w:tc>
      </w:tr>
      <w:tr w:rsidR="000B1E03" w:rsidRPr="004B66D1" w14:paraId="703915CD" w14:textId="77777777" w:rsidTr="000B1E03">
        <w:tc>
          <w:tcPr>
            <w:tcW w:w="1701" w:type="dxa"/>
          </w:tcPr>
          <w:p w14:paraId="074F1768" w14:textId="4326C1CD" w:rsidR="000B1E03" w:rsidRPr="004B66D1" w:rsidRDefault="000B1E03" w:rsidP="000B1E03">
            <w:pPr>
              <w:rPr>
                <w:b/>
                <w:bCs/>
                <w:sz w:val="20"/>
                <w:szCs w:val="20"/>
              </w:rPr>
            </w:pPr>
            <w:r w:rsidRPr="004B66D1">
              <w:rPr>
                <w:b/>
                <w:bCs/>
                <w:sz w:val="20"/>
                <w:szCs w:val="20"/>
              </w:rPr>
              <w:t>Számlázási cím:</w:t>
            </w:r>
          </w:p>
        </w:tc>
        <w:tc>
          <w:tcPr>
            <w:tcW w:w="7938" w:type="dxa"/>
          </w:tcPr>
          <w:p w14:paraId="00419D38" w14:textId="0B07B19F" w:rsidR="000B1E03" w:rsidRPr="004B66D1" w:rsidRDefault="000B1E03" w:rsidP="000B1E03">
            <w:pPr>
              <w:tabs>
                <w:tab w:val="left" w:pos="900"/>
              </w:tabs>
              <w:rPr>
                <w:sz w:val="20"/>
                <w:szCs w:val="20"/>
              </w:rPr>
            </w:pPr>
            <w:r w:rsidRPr="004B66D1">
              <w:rPr>
                <w:sz w:val="20"/>
                <w:szCs w:val="20"/>
              </w:rPr>
              <w:t>azon cím, amelyre a Bérlő a számla kiállítását kéri. A Számlázási cím a Lakcímtől és a Szállítási címtől eltérhet.</w:t>
            </w:r>
          </w:p>
        </w:tc>
      </w:tr>
      <w:tr w:rsidR="000B1E03" w:rsidRPr="004B66D1" w14:paraId="4455D9B7" w14:textId="77777777" w:rsidTr="000B1E03">
        <w:tc>
          <w:tcPr>
            <w:tcW w:w="1701" w:type="dxa"/>
          </w:tcPr>
          <w:p w14:paraId="169DBDD2" w14:textId="6C76C0CF" w:rsidR="000B1E03" w:rsidRPr="004B66D1" w:rsidRDefault="000B1E03" w:rsidP="000B1E03">
            <w:pPr>
              <w:rPr>
                <w:b/>
                <w:bCs/>
                <w:sz w:val="20"/>
                <w:szCs w:val="20"/>
              </w:rPr>
            </w:pPr>
            <w:r w:rsidRPr="004B66D1">
              <w:rPr>
                <w:b/>
                <w:bCs/>
                <w:sz w:val="20"/>
                <w:szCs w:val="20"/>
              </w:rPr>
              <w:t>Név:</w:t>
            </w:r>
          </w:p>
        </w:tc>
        <w:tc>
          <w:tcPr>
            <w:tcW w:w="7938" w:type="dxa"/>
          </w:tcPr>
          <w:p w14:paraId="3C87E480" w14:textId="2AB36204" w:rsidR="000B1E03" w:rsidRPr="004B66D1" w:rsidRDefault="000B1E03" w:rsidP="000B1E03">
            <w:pPr>
              <w:tabs>
                <w:tab w:val="left" w:pos="900"/>
              </w:tabs>
              <w:rPr>
                <w:sz w:val="20"/>
                <w:szCs w:val="20"/>
              </w:rPr>
            </w:pPr>
            <w:r w:rsidRPr="004B66D1">
              <w:rPr>
                <w:sz w:val="20"/>
                <w:szCs w:val="20"/>
              </w:rPr>
              <w:t>a Bérlő személyazonosító igazolványában megjelölt teljes neve, nem természetes személy eseté</w:t>
            </w:r>
            <w:r w:rsidR="00257C4F">
              <w:rPr>
                <w:sz w:val="20"/>
                <w:szCs w:val="20"/>
              </w:rPr>
              <w:t>be</w:t>
            </w:r>
            <w:r w:rsidRPr="004B66D1">
              <w:rPr>
                <w:sz w:val="20"/>
                <w:szCs w:val="20"/>
              </w:rPr>
              <w:t>n a nyilvántartó hatóságnál bejegyzett teljes (cég)név.</w:t>
            </w:r>
          </w:p>
        </w:tc>
      </w:tr>
      <w:tr w:rsidR="000B1E03" w:rsidRPr="004B66D1" w14:paraId="1DA0F95A" w14:textId="77777777" w:rsidTr="000B1E03">
        <w:tc>
          <w:tcPr>
            <w:tcW w:w="1701" w:type="dxa"/>
          </w:tcPr>
          <w:p w14:paraId="561215BA" w14:textId="3E63D589" w:rsidR="000B1E03" w:rsidRPr="004B66D1" w:rsidRDefault="000B1E03" w:rsidP="000B1E03">
            <w:pPr>
              <w:rPr>
                <w:b/>
                <w:bCs/>
                <w:sz w:val="20"/>
                <w:szCs w:val="20"/>
              </w:rPr>
            </w:pPr>
            <w:r w:rsidRPr="004B66D1">
              <w:rPr>
                <w:b/>
                <w:bCs/>
                <w:sz w:val="20"/>
                <w:szCs w:val="20"/>
              </w:rPr>
              <w:t>E-mail cím:</w:t>
            </w:r>
          </w:p>
        </w:tc>
        <w:tc>
          <w:tcPr>
            <w:tcW w:w="7938" w:type="dxa"/>
          </w:tcPr>
          <w:p w14:paraId="0ED85E29" w14:textId="17CF6B09" w:rsidR="000B1E03" w:rsidRPr="004B66D1" w:rsidRDefault="000B1E03" w:rsidP="000B1E03">
            <w:pPr>
              <w:ind w:left="34" w:firstLine="34"/>
              <w:jc w:val="both"/>
              <w:rPr>
                <w:sz w:val="20"/>
                <w:szCs w:val="20"/>
              </w:rPr>
            </w:pPr>
            <w:r w:rsidRPr="004B66D1">
              <w:rPr>
                <w:sz w:val="20"/>
                <w:szCs w:val="20"/>
              </w:rPr>
              <w:t>a Bérlő által a Portálon elérhető eszközbérleti szolgáltatás igénybevételéhez és a Hírlevél feliratkozáshoz megadott érvényes és létező, a Bérlőhöz tartozó saját, valós e-mail cím.</w:t>
            </w:r>
          </w:p>
        </w:tc>
      </w:tr>
    </w:tbl>
    <w:p w14:paraId="54729BA8" w14:textId="77777777" w:rsidR="004B66D1" w:rsidRPr="004B66D1" w:rsidRDefault="004B66D1" w:rsidP="004B66D1">
      <w:pPr>
        <w:jc w:val="both"/>
        <w:rPr>
          <w:sz w:val="20"/>
          <w:szCs w:val="20"/>
        </w:rPr>
      </w:pPr>
    </w:p>
    <w:p w14:paraId="47BFC897" w14:textId="39506EEB" w:rsidR="00403EC2" w:rsidRPr="004B66D1" w:rsidRDefault="00000000" w:rsidP="004B66D1">
      <w:pPr>
        <w:pStyle w:val="Listaszerbekezds"/>
        <w:numPr>
          <w:ilvl w:val="0"/>
          <w:numId w:val="10"/>
        </w:numPr>
        <w:jc w:val="both"/>
        <w:rPr>
          <w:b/>
          <w:bCs/>
          <w:sz w:val="20"/>
          <w:szCs w:val="20"/>
        </w:rPr>
      </w:pPr>
      <w:r w:rsidRPr="004B66D1">
        <w:rPr>
          <w:b/>
          <w:bCs/>
          <w:sz w:val="20"/>
          <w:szCs w:val="20"/>
        </w:rPr>
        <w:t>AZ ÁSZF HATÁLYA</w:t>
      </w:r>
    </w:p>
    <w:p w14:paraId="2C9C36EA" w14:textId="77777777" w:rsidR="004B66D1" w:rsidRPr="004B66D1" w:rsidRDefault="004B66D1" w:rsidP="004B66D1">
      <w:pPr>
        <w:pStyle w:val="Listaszerbekezds"/>
        <w:ind w:left="1080"/>
        <w:jc w:val="both"/>
        <w:rPr>
          <w:b/>
          <w:bCs/>
          <w:sz w:val="20"/>
          <w:szCs w:val="20"/>
        </w:rPr>
      </w:pPr>
    </w:p>
    <w:p w14:paraId="237F23F8" w14:textId="3F70EF92" w:rsidR="00403EC2" w:rsidRPr="004B66D1" w:rsidRDefault="00000000" w:rsidP="004B66D1">
      <w:pPr>
        <w:pStyle w:val="Listaszerbekezds"/>
        <w:numPr>
          <w:ilvl w:val="0"/>
          <w:numId w:val="13"/>
        </w:numPr>
        <w:rPr>
          <w:sz w:val="20"/>
          <w:szCs w:val="20"/>
        </w:rPr>
      </w:pPr>
      <w:r w:rsidRPr="004B66D1">
        <w:rPr>
          <w:sz w:val="20"/>
          <w:szCs w:val="20"/>
        </w:rPr>
        <w:t>A jelen ÁSZF hatálya kiterjed minden olyan elektronikus kereskedelmi szolgáltatásra, amely a Portálon keresztül történik. Továbbá jelen ÁSZF hatálya kiterjed minden olyan kereskedelmi ügyletre, amely jelen szerződésben meghatározott Szolgáltató és Bérlő között jön létre. A Portálon történő szolgáltatás igénybevételre az elektronikus kereskedelmi szolgáltatások és az információs társadalommal összefüggő szolgáltatások egyes kérdéseiről szóló 2001. évi CVIII. törvény ("Elkertv.") szabályait kell alkalmazni.</w:t>
      </w:r>
    </w:p>
    <w:p w14:paraId="5F93B623" w14:textId="09BFDF44" w:rsidR="00403EC2" w:rsidRPr="004B66D1" w:rsidRDefault="00000000" w:rsidP="004B66D1">
      <w:pPr>
        <w:pStyle w:val="Listaszerbekezds"/>
        <w:numPr>
          <w:ilvl w:val="0"/>
          <w:numId w:val="13"/>
        </w:numPr>
        <w:rPr>
          <w:sz w:val="20"/>
          <w:szCs w:val="20"/>
        </w:rPr>
      </w:pPr>
      <w:r w:rsidRPr="004B66D1">
        <w:rPr>
          <w:sz w:val="20"/>
          <w:szCs w:val="20"/>
        </w:rPr>
        <w:t xml:space="preserve">A Portálon történő Eszközök bérlése elektronikus úton (a Portálon található </w:t>
      </w:r>
      <w:r w:rsidR="004B66D1" w:rsidRPr="004B66D1">
        <w:rPr>
          <w:sz w:val="20"/>
          <w:szCs w:val="20"/>
        </w:rPr>
        <w:t>megrendelői felületen)</w:t>
      </w:r>
      <w:r w:rsidRPr="004B66D1">
        <w:rPr>
          <w:sz w:val="20"/>
          <w:szCs w:val="20"/>
        </w:rPr>
        <w:t xml:space="preserve"> leadott megrendeléssel lehetséges, a jelen ÁSZF-ben meghatározott módon.</w:t>
      </w:r>
    </w:p>
    <w:p w14:paraId="40BF3CC6" w14:textId="77777777" w:rsidR="00403EC2" w:rsidRPr="004B66D1" w:rsidRDefault="00403EC2" w:rsidP="00197924">
      <w:pPr>
        <w:ind w:left="426"/>
        <w:rPr>
          <w:b/>
          <w:bCs/>
          <w:sz w:val="20"/>
          <w:szCs w:val="20"/>
        </w:rPr>
      </w:pPr>
    </w:p>
    <w:p w14:paraId="038B4C87" w14:textId="223E309B" w:rsidR="00403EC2" w:rsidRPr="004B66D1" w:rsidRDefault="00000000" w:rsidP="004B66D1">
      <w:pPr>
        <w:pStyle w:val="Listaszerbekezds"/>
        <w:numPr>
          <w:ilvl w:val="0"/>
          <w:numId w:val="10"/>
        </w:numPr>
        <w:rPr>
          <w:b/>
          <w:bCs/>
          <w:sz w:val="20"/>
          <w:szCs w:val="20"/>
        </w:rPr>
      </w:pPr>
      <w:r w:rsidRPr="004B66D1">
        <w:rPr>
          <w:b/>
          <w:bCs/>
          <w:sz w:val="20"/>
          <w:szCs w:val="20"/>
        </w:rPr>
        <w:t>AZ ÁSZF ELFOGADÁSA, A LÉTREJÖVŐ SZERZŐDÉS JELLEMZŐI</w:t>
      </w:r>
    </w:p>
    <w:p w14:paraId="6DD3FE33" w14:textId="77777777" w:rsidR="004B66D1" w:rsidRPr="004B66D1" w:rsidRDefault="004B66D1" w:rsidP="004B66D1">
      <w:pPr>
        <w:pStyle w:val="Listaszerbekezds"/>
        <w:ind w:left="1080"/>
        <w:rPr>
          <w:b/>
          <w:bCs/>
          <w:sz w:val="20"/>
          <w:szCs w:val="20"/>
        </w:rPr>
      </w:pPr>
    </w:p>
    <w:p w14:paraId="12038D4B" w14:textId="4B2C5274" w:rsidR="00403EC2" w:rsidRPr="004B66D1" w:rsidRDefault="00000000" w:rsidP="004B66D1">
      <w:pPr>
        <w:pStyle w:val="Listaszerbekezds"/>
        <w:numPr>
          <w:ilvl w:val="0"/>
          <w:numId w:val="14"/>
        </w:numPr>
        <w:rPr>
          <w:sz w:val="20"/>
          <w:szCs w:val="20"/>
        </w:rPr>
      </w:pPr>
      <w:r w:rsidRPr="004B66D1">
        <w:rPr>
          <w:sz w:val="20"/>
          <w:szCs w:val="20"/>
        </w:rPr>
        <w:t>A Felhasználók a Portál meglátogatásával magukra nézve kötelezőnek fogadják el az ÁSZF-et és az Adatkezelési Tájékoztatót.</w:t>
      </w:r>
    </w:p>
    <w:p w14:paraId="2D503D34" w14:textId="2B296460" w:rsidR="00403EC2" w:rsidRPr="004B66D1" w:rsidRDefault="00000000" w:rsidP="004B66D1">
      <w:pPr>
        <w:pStyle w:val="Listaszerbekezds"/>
        <w:numPr>
          <w:ilvl w:val="0"/>
          <w:numId w:val="14"/>
        </w:numPr>
        <w:rPr>
          <w:sz w:val="20"/>
          <w:szCs w:val="20"/>
        </w:rPr>
      </w:pPr>
      <w:r w:rsidRPr="004B66D1">
        <w:rPr>
          <w:sz w:val="20"/>
          <w:szCs w:val="20"/>
        </w:rPr>
        <w:t>A Bérlő a jelen ÁSZF szerinti megrendelés leadása során, a megrendelés befejező lépéseként kattintással</w:t>
      </w:r>
      <w:r w:rsidR="004B66D1" w:rsidRPr="004B66D1">
        <w:rPr>
          <w:sz w:val="20"/>
          <w:szCs w:val="20"/>
        </w:rPr>
        <w:t xml:space="preserve"> </w:t>
      </w:r>
      <w:r w:rsidRPr="004B66D1">
        <w:rPr>
          <w:sz w:val="20"/>
          <w:szCs w:val="20"/>
        </w:rPr>
        <w:t>magára nézve kötelezőnek fogadja el a jelen ÁSZF-et és az Adatkezelési Tájékoztatót.</w:t>
      </w:r>
    </w:p>
    <w:p w14:paraId="7A48CE40" w14:textId="69EE5169" w:rsidR="00403EC2" w:rsidRPr="004B66D1" w:rsidRDefault="00000000" w:rsidP="004B66D1">
      <w:pPr>
        <w:pStyle w:val="Listaszerbekezds"/>
        <w:numPr>
          <w:ilvl w:val="0"/>
          <w:numId w:val="14"/>
        </w:numPr>
        <w:rPr>
          <w:sz w:val="20"/>
          <w:szCs w:val="20"/>
        </w:rPr>
      </w:pPr>
      <w:r w:rsidRPr="004B66D1">
        <w:rPr>
          <w:sz w:val="20"/>
          <w:szCs w:val="20"/>
        </w:rPr>
        <w:t>A Felhasználó, illetve a Bérlő tudomásul veszi, hogy a Portált csak akkor jogosult használni, ha az ÁSZF-et magára nézve kötelezőnek fogadta el.</w:t>
      </w:r>
    </w:p>
    <w:p w14:paraId="561D6FB3" w14:textId="5AE8B05A" w:rsidR="00403EC2" w:rsidRPr="004B66D1" w:rsidRDefault="00000000" w:rsidP="004B66D1">
      <w:pPr>
        <w:pStyle w:val="Listaszerbekezds"/>
        <w:numPr>
          <w:ilvl w:val="0"/>
          <w:numId w:val="14"/>
        </w:numPr>
        <w:rPr>
          <w:sz w:val="20"/>
          <w:szCs w:val="20"/>
        </w:rPr>
      </w:pPr>
      <w:r w:rsidRPr="004B66D1">
        <w:rPr>
          <w:sz w:val="20"/>
          <w:szCs w:val="20"/>
        </w:rPr>
        <w:t>A Portálon kínált szolgáltatások vonatkozásában a Felhasználó, illetve a Bérlő és a Szolgáltató között online szerződés jön létre, amely nem minősül írásbeli szerződésnek.</w:t>
      </w:r>
    </w:p>
    <w:p w14:paraId="42530902" w14:textId="2575DC6F" w:rsidR="00403EC2" w:rsidRPr="004B66D1" w:rsidRDefault="00000000" w:rsidP="004B66D1">
      <w:pPr>
        <w:pStyle w:val="Listaszerbekezds"/>
        <w:numPr>
          <w:ilvl w:val="0"/>
          <w:numId w:val="14"/>
        </w:numPr>
        <w:rPr>
          <w:sz w:val="20"/>
          <w:szCs w:val="20"/>
        </w:rPr>
      </w:pPr>
      <w:r w:rsidRPr="004B66D1">
        <w:rPr>
          <w:sz w:val="20"/>
          <w:szCs w:val="20"/>
        </w:rPr>
        <w:lastRenderedPageBreak/>
        <w:t>A szerződéskötés nyelve a magyar, illetve az angol, azonban a szerződés esetleges értelmezése során a magyar nyelvű verziót kell figyelembe venni.</w:t>
      </w:r>
    </w:p>
    <w:p w14:paraId="068D698C" w14:textId="36B63D9F" w:rsidR="00403EC2" w:rsidRPr="004B66D1" w:rsidRDefault="00000000" w:rsidP="004B66D1">
      <w:pPr>
        <w:pStyle w:val="Listaszerbekezds"/>
        <w:numPr>
          <w:ilvl w:val="0"/>
          <w:numId w:val="14"/>
        </w:numPr>
        <w:rPr>
          <w:sz w:val="20"/>
          <w:szCs w:val="20"/>
        </w:rPr>
      </w:pPr>
      <w:r w:rsidRPr="004B66D1">
        <w:rPr>
          <w:sz w:val="20"/>
          <w:szCs w:val="20"/>
        </w:rPr>
        <w:t>Az online szerződést a Szolgáltató nem rögzíti, így az a szerződéskötést követően nem érhető el. Az online szerződés létrejöttét az elektronikusan elmentett hirdetési adatok és az igénybe vett Szolgáltatásokra vonatkozó adatok igazolják, továbbá az Eszközök bérletének megrendelése esetén a megrendelésről küldött visszaigazolás.</w:t>
      </w:r>
    </w:p>
    <w:p w14:paraId="7A16CED6" w14:textId="33C723ED" w:rsidR="00403EC2" w:rsidRPr="004B66D1" w:rsidRDefault="00000000" w:rsidP="004B66D1">
      <w:pPr>
        <w:pStyle w:val="Listaszerbekezds"/>
        <w:numPr>
          <w:ilvl w:val="0"/>
          <w:numId w:val="14"/>
        </w:numPr>
        <w:rPr>
          <w:sz w:val="20"/>
          <w:szCs w:val="20"/>
        </w:rPr>
      </w:pPr>
      <w:r w:rsidRPr="004B66D1">
        <w:rPr>
          <w:sz w:val="20"/>
          <w:szCs w:val="20"/>
        </w:rPr>
        <w:t>A szerződés megkötéséhez alkalmazott távollévők közötti kommunikációt lehetővé tévő eszköz használatának díja nem merül fel.</w:t>
      </w:r>
    </w:p>
    <w:p w14:paraId="5809E3AC" w14:textId="77777777" w:rsidR="00403EC2" w:rsidRPr="004B66D1" w:rsidRDefault="00403EC2" w:rsidP="00197924">
      <w:pPr>
        <w:ind w:left="426"/>
        <w:rPr>
          <w:sz w:val="20"/>
          <w:szCs w:val="20"/>
        </w:rPr>
      </w:pPr>
    </w:p>
    <w:p w14:paraId="0E70281C" w14:textId="0C15D51E" w:rsidR="00403EC2" w:rsidRDefault="00000000" w:rsidP="004B66D1">
      <w:pPr>
        <w:pStyle w:val="Listaszerbekezds"/>
        <w:numPr>
          <w:ilvl w:val="0"/>
          <w:numId w:val="10"/>
        </w:numPr>
        <w:rPr>
          <w:b/>
          <w:bCs/>
          <w:sz w:val="20"/>
          <w:szCs w:val="20"/>
        </w:rPr>
      </w:pPr>
      <w:r w:rsidRPr="004B66D1">
        <w:rPr>
          <w:b/>
          <w:bCs/>
          <w:sz w:val="20"/>
          <w:szCs w:val="20"/>
        </w:rPr>
        <w:t>A PORTÁLON ELÉRHETŐ SZOLGÁLTATÁSOK KÖRE</w:t>
      </w:r>
    </w:p>
    <w:p w14:paraId="42FC576C" w14:textId="77777777" w:rsidR="004B66D1" w:rsidRPr="004B66D1" w:rsidRDefault="004B66D1" w:rsidP="004B66D1">
      <w:pPr>
        <w:pStyle w:val="Listaszerbekezds"/>
        <w:ind w:left="1080"/>
        <w:rPr>
          <w:b/>
          <w:bCs/>
          <w:sz w:val="20"/>
          <w:szCs w:val="20"/>
        </w:rPr>
      </w:pPr>
    </w:p>
    <w:p w14:paraId="7FBF7FDA" w14:textId="65E3669B" w:rsidR="00403EC2" w:rsidRPr="004B66D1" w:rsidRDefault="00000000" w:rsidP="004B66D1">
      <w:pPr>
        <w:pStyle w:val="Listaszerbekezds"/>
        <w:numPr>
          <w:ilvl w:val="0"/>
          <w:numId w:val="15"/>
        </w:numPr>
        <w:rPr>
          <w:sz w:val="20"/>
          <w:szCs w:val="20"/>
        </w:rPr>
      </w:pPr>
      <w:r w:rsidRPr="004B66D1">
        <w:rPr>
          <w:sz w:val="20"/>
          <w:szCs w:val="20"/>
        </w:rPr>
        <w:t>A Szolgáltató a Portálon az általa meghatározott Eszközök bérletét teszi lehetővé, ellenérték fejében. A Szolgáltató saját döntési jogkörében egyoldalúan jogosult a Portálon elérhető szolgáltatások, tartalom, funkciók, a Portálon közzétett Eszközök megváltoztatására, kibővítésére, csökkentésére, új szolgáltatások, tartalmak, funkciók és Eszközök bevezetésére. A Portálon új szolgáltatások, funkciók, tartalmak és Eszközök elérhetőségéről a Szolgáltató többek között a Portálon tájékoztatja a Felhasználókat.</w:t>
      </w:r>
    </w:p>
    <w:p w14:paraId="7098CB8C" w14:textId="759C4F8D" w:rsidR="00403EC2" w:rsidRPr="004B66D1" w:rsidRDefault="00000000" w:rsidP="004B66D1">
      <w:pPr>
        <w:pStyle w:val="Listaszerbekezds"/>
        <w:numPr>
          <w:ilvl w:val="0"/>
          <w:numId w:val="15"/>
        </w:numPr>
        <w:rPr>
          <w:sz w:val="20"/>
          <w:szCs w:val="20"/>
        </w:rPr>
      </w:pPr>
      <w:r w:rsidRPr="004B66D1">
        <w:rPr>
          <w:sz w:val="20"/>
          <w:szCs w:val="20"/>
        </w:rPr>
        <w:t>A Portált minden Felhasználó, illetve Bérlő kizárólag a saját kockázatára és felelősségére használhatja.</w:t>
      </w:r>
    </w:p>
    <w:p w14:paraId="30C5B5B8" w14:textId="58360068" w:rsidR="00403EC2" w:rsidRPr="004B66D1" w:rsidRDefault="00000000" w:rsidP="004B66D1">
      <w:pPr>
        <w:pStyle w:val="Listaszerbekezds"/>
        <w:numPr>
          <w:ilvl w:val="0"/>
          <w:numId w:val="15"/>
        </w:numPr>
        <w:rPr>
          <w:sz w:val="20"/>
          <w:szCs w:val="20"/>
        </w:rPr>
      </w:pPr>
      <w:r w:rsidRPr="004B66D1">
        <w:rPr>
          <w:sz w:val="20"/>
          <w:szCs w:val="20"/>
        </w:rPr>
        <w:t>A Portál böngésző független módon együttműködik valamennyi rendszeresen használt és széles körben elterjedt operációs rendszerrel, illetve megjeleníthető mobileszközökön (mobiltelefon, táblagép).</w:t>
      </w:r>
    </w:p>
    <w:p w14:paraId="2BD91110" w14:textId="62EBB63D" w:rsidR="00403EC2" w:rsidRPr="004B66D1" w:rsidRDefault="00000000" w:rsidP="004B66D1">
      <w:pPr>
        <w:pStyle w:val="Listaszerbekezds"/>
        <w:numPr>
          <w:ilvl w:val="0"/>
          <w:numId w:val="15"/>
        </w:numPr>
        <w:rPr>
          <w:sz w:val="20"/>
          <w:szCs w:val="20"/>
        </w:rPr>
      </w:pPr>
      <w:r w:rsidRPr="004B66D1">
        <w:rPr>
          <w:sz w:val="20"/>
          <w:szCs w:val="20"/>
        </w:rPr>
        <w:t xml:space="preserve">A Portálon történő megrendelés </w:t>
      </w:r>
      <w:r w:rsidR="005E10B8">
        <w:rPr>
          <w:sz w:val="20"/>
          <w:szCs w:val="20"/>
        </w:rPr>
        <w:t>leadása regisztrációhoz kötött</w:t>
      </w:r>
      <w:r w:rsidRPr="004B66D1">
        <w:rPr>
          <w:sz w:val="20"/>
          <w:szCs w:val="20"/>
        </w:rPr>
        <w:t>.</w:t>
      </w:r>
    </w:p>
    <w:p w14:paraId="417055A6" w14:textId="1E8C84F0" w:rsidR="00403EC2" w:rsidRPr="004B66D1" w:rsidRDefault="00000000" w:rsidP="004B66D1">
      <w:pPr>
        <w:pStyle w:val="Listaszerbekezds"/>
        <w:numPr>
          <w:ilvl w:val="0"/>
          <w:numId w:val="15"/>
        </w:numPr>
        <w:rPr>
          <w:sz w:val="20"/>
          <w:szCs w:val="20"/>
        </w:rPr>
      </w:pPr>
      <w:r w:rsidRPr="004B66D1">
        <w:rPr>
          <w:sz w:val="20"/>
          <w:szCs w:val="20"/>
        </w:rPr>
        <w:t xml:space="preserve">Nem kötött </w:t>
      </w:r>
      <w:r w:rsidR="005E10B8">
        <w:rPr>
          <w:sz w:val="20"/>
          <w:szCs w:val="20"/>
        </w:rPr>
        <w:t xml:space="preserve">azonban </w:t>
      </w:r>
      <w:r w:rsidRPr="004B66D1">
        <w:rPr>
          <w:sz w:val="20"/>
          <w:szCs w:val="20"/>
        </w:rPr>
        <w:t>regisztrációhoz a Hírlevél küldésre történő feliratkozás, valamint a Portál tartalmának megrendelés nélküli megtekintése.</w:t>
      </w:r>
    </w:p>
    <w:p w14:paraId="0D929C0C" w14:textId="77777777" w:rsidR="00403EC2" w:rsidRPr="004B66D1" w:rsidRDefault="00403EC2" w:rsidP="00197924">
      <w:pPr>
        <w:ind w:left="426"/>
        <w:rPr>
          <w:sz w:val="20"/>
          <w:szCs w:val="20"/>
        </w:rPr>
      </w:pPr>
    </w:p>
    <w:p w14:paraId="4C792A90" w14:textId="39C1F559" w:rsidR="00403EC2" w:rsidRPr="005E10B8" w:rsidRDefault="00000000" w:rsidP="005E10B8">
      <w:pPr>
        <w:pStyle w:val="Listaszerbekezds"/>
        <w:numPr>
          <w:ilvl w:val="0"/>
          <w:numId w:val="10"/>
        </w:numPr>
        <w:rPr>
          <w:b/>
          <w:bCs/>
          <w:sz w:val="20"/>
          <w:szCs w:val="20"/>
        </w:rPr>
      </w:pPr>
      <w:r w:rsidRPr="005E10B8">
        <w:rPr>
          <w:b/>
          <w:bCs/>
          <w:sz w:val="20"/>
          <w:szCs w:val="20"/>
        </w:rPr>
        <w:t>A RENDELÉS LEADÁSÁVAL KAPCSOLATOS RENDELKEZÉSEK</w:t>
      </w:r>
    </w:p>
    <w:p w14:paraId="5F62A49C" w14:textId="77777777" w:rsidR="00403EC2" w:rsidRPr="005E10B8" w:rsidRDefault="00000000" w:rsidP="00197924">
      <w:pPr>
        <w:ind w:left="426"/>
        <w:rPr>
          <w:b/>
          <w:bCs/>
          <w:sz w:val="20"/>
          <w:szCs w:val="20"/>
        </w:rPr>
      </w:pPr>
      <w:r w:rsidRPr="005E10B8">
        <w:rPr>
          <w:b/>
          <w:bCs/>
          <w:sz w:val="20"/>
          <w:szCs w:val="20"/>
        </w:rPr>
        <w:t>A szolgáltatás igénybevételének szabályai, rendelés menete</w:t>
      </w:r>
    </w:p>
    <w:p w14:paraId="6651EDC1" w14:textId="36903392" w:rsidR="00403EC2" w:rsidRPr="005E10B8" w:rsidRDefault="00000000" w:rsidP="005E10B8">
      <w:pPr>
        <w:pStyle w:val="Listaszerbekezds"/>
        <w:numPr>
          <w:ilvl w:val="0"/>
          <w:numId w:val="16"/>
        </w:numPr>
        <w:rPr>
          <w:sz w:val="20"/>
          <w:szCs w:val="20"/>
        </w:rPr>
      </w:pPr>
      <w:r w:rsidRPr="005E10B8">
        <w:rPr>
          <w:sz w:val="20"/>
          <w:szCs w:val="20"/>
        </w:rPr>
        <w:t>A Bérlő a Portál főoldalán elhelyezett „</w:t>
      </w:r>
      <w:r w:rsidR="005E10B8">
        <w:rPr>
          <w:sz w:val="20"/>
          <w:szCs w:val="20"/>
        </w:rPr>
        <w:t>Rendelés elküldése</w:t>
      </w:r>
      <w:r w:rsidRPr="005E10B8">
        <w:rPr>
          <w:sz w:val="20"/>
          <w:szCs w:val="20"/>
        </w:rPr>
        <w:t>” gombra kattintva tudja megrendelését leadni. A megrendelésnek tartalmaznia kell az alábbiakat:</w:t>
      </w:r>
    </w:p>
    <w:p w14:paraId="701AF355" w14:textId="04E08825" w:rsidR="00403EC2" w:rsidRPr="005E10B8" w:rsidRDefault="00000000" w:rsidP="005E10B8">
      <w:pPr>
        <w:pStyle w:val="Listaszerbekezds"/>
        <w:numPr>
          <w:ilvl w:val="0"/>
          <w:numId w:val="17"/>
        </w:numPr>
        <w:rPr>
          <w:sz w:val="20"/>
          <w:szCs w:val="20"/>
        </w:rPr>
      </w:pPr>
      <w:r w:rsidRPr="005E10B8">
        <w:rPr>
          <w:sz w:val="20"/>
          <w:szCs w:val="20"/>
        </w:rPr>
        <w:t xml:space="preserve">(Kör)utazás, városnézés, egyéb program </w:t>
      </w:r>
      <w:r w:rsidR="005E10B8">
        <w:rPr>
          <w:sz w:val="20"/>
          <w:szCs w:val="20"/>
        </w:rPr>
        <w:t>helyszíne ország szerint</w:t>
      </w:r>
    </w:p>
    <w:p w14:paraId="54F5E523" w14:textId="77777777" w:rsidR="00403EC2" w:rsidRPr="005E10B8" w:rsidRDefault="00000000" w:rsidP="005E10B8">
      <w:pPr>
        <w:pStyle w:val="Listaszerbekezds"/>
        <w:numPr>
          <w:ilvl w:val="0"/>
          <w:numId w:val="17"/>
        </w:numPr>
        <w:rPr>
          <w:sz w:val="20"/>
          <w:szCs w:val="20"/>
        </w:rPr>
      </w:pPr>
      <w:r w:rsidRPr="005E10B8">
        <w:rPr>
          <w:sz w:val="20"/>
          <w:szCs w:val="20"/>
        </w:rPr>
        <w:t>Indulás pontos ideje, helyszíne (ahova a Bérbeadó az Eszközök kiszállítását végzi)</w:t>
      </w:r>
    </w:p>
    <w:p w14:paraId="786440DC" w14:textId="77777777" w:rsidR="00403EC2" w:rsidRPr="005E10B8" w:rsidRDefault="00000000" w:rsidP="005E10B8">
      <w:pPr>
        <w:pStyle w:val="Listaszerbekezds"/>
        <w:numPr>
          <w:ilvl w:val="0"/>
          <w:numId w:val="17"/>
        </w:numPr>
        <w:rPr>
          <w:sz w:val="20"/>
          <w:szCs w:val="20"/>
        </w:rPr>
      </w:pPr>
      <w:r w:rsidRPr="005E10B8">
        <w:rPr>
          <w:sz w:val="20"/>
          <w:szCs w:val="20"/>
        </w:rPr>
        <w:t>Igényelt Eszközök darabszámát</w:t>
      </w:r>
    </w:p>
    <w:p w14:paraId="39192D43" w14:textId="77777777" w:rsidR="00403EC2" w:rsidRPr="005E10B8" w:rsidRDefault="00000000" w:rsidP="005E10B8">
      <w:pPr>
        <w:pStyle w:val="Listaszerbekezds"/>
        <w:numPr>
          <w:ilvl w:val="0"/>
          <w:numId w:val="17"/>
        </w:numPr>
        <w:rPr>
          <w:sz w:val="20"/>
          <w:szCs w:val="20"/>
        </w:rPr>
      </w:pPr>
      <w:r w:rsidRPr="005E10B8">
        <w:rPr>
          <w:sz w:val="20"/>
          <w:szCs w:val="20"/>
        </w:rPr>
        <w:t>(Kör)utazás, városnézés időtartamát</w:t>
      </w:r>
    </w:p>
    <w:p w14:paraId="15EA2834" w14:textId="77777777" w:rsidR="00403EC2" w:rsidRPr="005E10B8" w:rsidRDefault="00000000" w:rsidP="005E10B8">
      <w:pPr>
        <w:pStyle w:val="Listaszerbekezds"/>
        <w:numPr>
          <w:ilvl w:val="0"/>
          <w:numId w:val="17"/>
        </w:numPr>
        <w:rPr>
          <w:sz w:val="20"/>
          <w:szCs w:val="20"/>
        </w:rPr>
      </w:pPr>
      <w:r w:rsidRPr="005E10B8">
        <w:rPr>
          <w:sz w:val="20"/>
          <w:szCs w:val="20"/>
        </w:rPr>
        <w:t>Várható visszaérkezés időpontját, helyszínét</w:t>
      </w:r>
    </w:p>
    <w:p w14:paraId="53150398" w14:textId="74AA6E4A" w:rsidR="00403EC2" w:rsidRPr="005E10B8" w:rsidRDefault="00000000" w:rsidP="005E10B8">
      <w:pPr>
        <w:pStyle w:val="Listaszerbekezds"/>
        <w:numPr>
          <w:ilvl w:val="0"/>
          <w:numId w:val="17"/>
        </w:numPr>
        <w:rPr>
          <w:sz w:val="20"/>
          <w:szCs w:val="20"/>
        </w:rPr>
      </w:pPr>
      <w:r w:rsidRPr="005E10B8">
        <w:rPr>
          <w:sz w:val="20"/>
          <w:szCs w:val="20"/>
        </w:rPr>
        <w:t>(Kör)utazáson jelen lévő kontakt személy nevét, mobil elérhetőségét</w:t>
      </w:r>
      <w:r w:rsidR="005E10B8">
        <w:rPr>
          <w:sz w:val="20"/>
          <w:szCs w:val="20"/>
        </w:rPr>
        <w:br/>
      </w:r>
    </w:p>
    <w:p w14:paraId="3CFEA4B9" w14:textId="12D446BD" w:rsidR="00403EC2" w:rsidRPr="005E10B8" w:rsidRDefault="00000000" w:rsidP="005E10B8">
      <w:pPr>
        <w:pStyle w:val="Listaszerbekezds"/>
        <w:numPr>
          <w:ilvl w:val="0"/>
          <w:numId w:val="16"/>
        </w:numPr>
        <w:rPr>
          <w:sz w:val="20"/>
          <w:szCs w:val="20"/>
        </w:rPr>
      </w:pPr>
      <w:r w:rsidRPr="005E10B8">
        <w:rPr>
          <w:sz w:val="20"/>
          <w:szCs w:val="20"/>
        </w:rPr>
        <w:t>A Bérlő a megrendelés során az alábbi adatait köteles megadni:</w:t>
      </w:r>
    </w:p>
    <w:p w14:paraId="100233F0" w14:textId="77777777" w:rsidR="00403EC2" w:rsidRPr="005E10B8" w:rsidRDefault="00000000" w:rsidP="005E10B8">
      <w:pPr>
        <w:pStyle w:val="Listaszerbekezds"/>
        <w:numPr>
          <w:ilvl w:val="0"/>
          <w:numId w:val="18"/>
        </w:numPr>
        <w:rPr>
          <w:sz w:val="20"/>
          <w:szCs w:val="20"/>
        </w:rPr>
      </w:pPr>
      <w:r w:rsidRPr="005E10B8">
        <w:rPr>
          <w:sz w:val="20"/>
          <w:szCs w:val="20"/>
        </w:rPr>
        <w:t>Név</w:t>
      </w:r>
    </w:p>
    <w:p w14:paraId="3F8F32CA" w14:textId="77777777" w:rsidR="00403EC2" w:rsidRPr="005E10B8" w:rsidRDefault="00000000" w:rsidP="005E10B8">
      <w:pPr>
        <w:pStyle w:val="Listaszerbekezds"/>
        <w:numPr>
          <w:ilvl w:val="0"/>
          <w:numId w:val="18"/>
        </w:numPr>
        <w:rPr>
          <w:sz w:val="20"/>
          <w:szCs w:val="20"/>
        </w:rPr>
      </w:pPr>
      <w:r w:rsidRPr="005E10B8">
        <w:rPr>
          <w:sz w:val="20"/>
          <w:szCs w:val="20"/>
        </w:rPr>
        <w:t>E-mail cím</w:t>
      </w:r>
    </w:p>
    <w:p w14:paraId="739C367D" w14:textId="77777777" w:rsidR="00403EC2" w:rsidRPr="005E10B8" w:rsidRDefault="00000000" w:rsidP="005E10B8">
      <w:pPr>
        <w:pStyle w:val="Listaszerbekezds"/>
        <w:numPr>
          <w:ilvl w:val="0"/>
          <w:numId w:val="18"/>
        </w:numPr>
        <w:rPr>
          <w:sz w:val="20"/>
          <w:szCs w:val="20"/>
        </w:rPr>
      </w:pPr>
      <w:r w:rsidRPr="005E10B8">
        <w:rPr>
          <w:sz w:val="20"/>
          <w:szCs w:val="20"/>
        </w:rPr>
        <w:t>Telefonszám</w:t>
      </w:r>
    </w:p>
    <w:p w14:paraId="4AE341B6" w14:textId="77777777" w:rsidR="00403EC2" w:rsidRPr="005E10B8" w:rsidRDefault="00000000" w:rsidP="005E10B8">
      <w:pPr>
        <w:pStyle w:val="Listaszerbekezds"/>
        <w:numPr>
          <w:ilvl w:val="0"/>
          <w:numId w:val="18"/>
        </w:numPr>
        <w:rPr>
          <w:sz w:val="20"/>
          <w:szCs w:val="20"/>
        </w:rPr>
      </w:pPr>
      <w:r w:rsidRPr="005E10B8">
        <w:rPr>
          <w:sz w:val="20"/>
          <w:szCs w:val="20"/>
        </w:rPr>
        <w:t>Szállítási cím</w:t>
      </w:r>
    </w:p>
    <w:p w14:paraId="7EE3DF05" w14:textId="32C7DE54" w:rsidR="00403EC2" w:rsidRPr="005E10B8" w:rsidRDefault="00000000" w:rsidP="005E10B8">
      <w:pPr>
        <w:pStyle w:val="Listaszerbekezds"/>
        <w:numPr>
          <w:ilvl w:val="0"/>
          <w:numId w:val="18"/>
        </w:numPr>
        <w:rPr>
          <w:sz w:val="20"/>
          <w:szCs w:val="20"/>
        </w:rPr>
      </w:pPr>
      <w:r w:rsidRPr="005E10B8">
        <w:rPr>
          <w:sz w:val="20"/>
          <w:szCs w:val="20"/>
        </w:rPr>
        <w:t>Számlázási cím</w:t>
      </w:r>
      <w:r w:rsidR="005E10B8">
        <w:rPr>
          <w:sz w:val="20"/>
          <w:szCs w:val="20"/>
        </w:rPr>
        <w:br/>
      </w:r>
    </w:p>
    <w:p w14:paraId="06EFB2FD" w14:textId="43DACE34" w:rsidR="00403EC2" w:rsidRDefault="00000000" w:rsidP="005E10B8">
      <w:pPr>
        <w:pStyle w:val="Listaszerbekezds"/>
        <w:numPr>
          <w:ilvl w:val="0"/>
          <w:numId w:val="16"/>
        </w:numPr>
        <w:rPr>
          <w:sz w:val="20"/>
          <w:szCs w:val="20"/>
        </w:rPr>
      </w:pPr>
      <w:r w:rsidRPr="005E10B8">
        <w:rPr>
          <w:sz w:val="20"/>
          <w:szCs w:val="20"/>
        </w:rPr>
        <w:t>Bérlő a megrendelést legkésőbb az (kör)utazás, városnézés megkezdés</w:t>
      </w:r>
      <w:r w:rsidR="005E10B8">
        <w:rPr>
          <w:sz w:val="20"/>
          <w:szCs w:val="20"/>
        </w:rPr>
        <w:t xml:space="preserve">ét megelőző utolsó előtti </w:t>
      </w:r>
      <w:r w:rsidRPr="005E10B8">
        <w:rPr>
          <w:sz w:val="20"/>
          <w:szCs w:val="20"/>
        </w:rPr>
        <w:t>munkanap 1</w:t>
      </w:r>
      <w:r w:rsidR="005E10B8">
        <w:rPr>
          <w:sz w:val="20"/>
          <w:szCs w:val="20"/>
        </w:rPr>
        <w:t>4:</w:t>
      </w:r>
      <w:r w:rsidRPr="005E10B8">
        <w:rPr>
          <w:sz w:val="20"/>
          <w:szCs w:val="20"/>
        </w:rPr>
        <w:t>00 óráig (Budapesten kívüli cím esetén a desztinációtól függően 3-7 nappal) köteles leadni. A jelzett határidőn túli megrendeléseket a Bérbeadó</w:t>
      </w:r>
      <w:r w:rsidR="005E10B8">
        <w:rPr>
          <w:sz w:val="20"/>
          <w:szCs w:val="20"/>
        </w:rPr>
        <w:t xml:space="preserve"> csak a mindenkori bérletidíjakon felüli 20%-os extra költség megfizetése esetén</w:t>
      </w:r>
      <w:r w:rsidRPr="005E10B8">
        <w:rPr>
          <w:sz w:val="20"/>
          <w:szCs w:val="20"/>
        </w:rPr>
        <w:t xml:space="preserve"> tudja vállalni</w:t>
      </w:r>
      <w:r w:rsidR="005E10B8">
        <w:rPr>
          <w:sz w:val="20"/>
          <w:szCs w:val="20"/>
        </w:rPr>
        <w:t>.</w:t>
      </w:r>
      <w:r w:rsidRPr="005E10B8">
        <w:rPr>
          <w:sz w:val="20"/>
          <w:szCs w:val="20"/>
        </w:rPr>
        <w:t xml:space="preserve"> </w:t>
      </w:r>
      <w:r w:rsidR="005E10B8">
        <w:rPr>
          <w:sz w:val="20"/>
          <w:szCs w:val="20"/>
        </w:rPr>
        <w:t>A</w:t>
      </w:r>
      <w:r w:rsidRPr="005E10B8">
        <w:rPr>
          <w:sz w:val="20"/>
          <w:szCs w:val="20"/>
        </w:rPr>
        <w:t xml:space="preserve"> késedelmes megrendelés okozta károkért a Bérbeadó nem vállal felelősséget.</w:t>
      </w:r>
    </w:p>
    <w:p w14:paraId="3A56514E" w14:textId="77777777" w:rsidR="004F4EA3" w:rsidRPr="005E10B8" w:rsidRDefault="004F4EA3" w:rsidP="004F4EA3">
      <w:pPr>
        <w:pStyle w:val="Listaszerbekezds"/>
        <w:ind w:left="786"/>
        <w:rPr>
          <w:sz w:val="20"/>
          <w:szCs w:val="20"/>
        </w:rPr>
      </w:pPr>
    </w:p>
    <w:p w14:paraId="34B2443D" w14:textId="18A48EA7" w:rsidR="00403EC2" w:rsidRPr="00091135" w:rsidRDefault="00000000" w:rsidP="00091135">
      <w:pPr>
        <w:pStyle w:val="Listaszerbekezds"/>
        <w:numPr>
          <w:ilvl w:val="0"/>
          <w:numId w:val="16"/>
        </w:numPr>
        <w:rPr>
          <w:sz w:val="20"/>
          <w:szCs w:val="20"/>
        </w:rPr>
      </w:pPr>
      <w:r w:rsidRPr="00091135">
        <w:rPr>
          <w:sz w:val="20"/>
          <w:szCs w:val="20"/>
        </w:rPr>
        <w:t>A Bérbeadó a megrendelést haladéktalanul (munkanapokon 24 órán belül) visszaigazolja e-mail útján és vállalja az Eszközök megrendelésben rögzített határidőben és helyen történő átadását a Bérlő részére.</w:t>
      </w:r>
      <w:r w:rsidR="00091135">
        <w:rPr>
          <w:sz w:val="20"/>
          <w:szCs w:val="20"/>
        </w:rPr>
        <w:br/>
      </w:r>
    </w:p>
    <w:p w14:paraId="35F0B812" w14:textId="0B52E08A" w:rsidR="00403EC2" w:rsidRPr="00091135" w:rsidRDefault="00000000" w:rsidP="00091135">
      <w:pPr>
        <w:pStyle w:val="Listaszerbekezds"/>
        <w:numPr>
          <w:ilvl w:val="0"/>
          <w:numId w:val="16"/>
        </w:numPr>
        <w:rPr>
          <w:sz w:val="20"/>
          <w:szCs w:val="20"/>
        </w:rPr>
      </w:pPr>
      <w:r w:rsidRPr="00091135">
        <w:rPr>
          <w:sz w:val="20"/>
          <w:szCs w:val="20"/>
        </w:rPr>
        <w:t xml:space="preserve">A Bérlő által megadott adatainak valódiságáért és helyességéért felelősség kizárólag Bérlőt terheli, ezzel </w:t>
      </w:r>
      <w:r w:rsidR="00091135">
        <w:rPr>
          <w:sz w:val="20"/>
          <w:szCs w:val="20"/>
        </w:rPr>
        <w:br/>
      </w:r>
      <w:r w:rsidRPr="00091135">
        <w:rPr>
          <w:sz w:val="20"/>
          <w:szCs w:val="20"/>
        </w:rPr>
        <w:t>kapcsolatban Szolgáltató felelősségét kizárja. Bérlő tudomásul veszi, hogy amennyiben a 18. életévét még nem töltötte be, a Portálon történő szolgáltatás igénybevételéhez és a jelen ÁSZF szerinti szerződés megkötéséhez törvényes képviselője hozzájárulása szükséges. A Szolgáltató ezen törvényes képviselői hozzájárulás elmaradásából eredő károkért és hátrányos jogkövetkezményekért nem felel.</w:t>
      </w:r>
      <w:r w:rsidR="00091135">
        <w:rPr>
          <w:sz w:val="20"/>
          <w:szCs w:val="20"/>
        </w:rPr>
        <w:br/>
      </w:r>
    </w:p>
    <w:p w14:paraId="6ED25132" w14:textId="744D7CEE" w:rsidR="00403EC2" w:rsidRPr="00091135" w:rsidRDefault="00000000" w:rsidP="00091135">
      <w:pPr>
        <w:pStyle w:val="Listaszerbekezds"/>
        <w:numPr>
          <w:ilvl w:val="0"/>
          <w:numId w:val="16"/>
        </w:numPr>
        <w:rPr>
          <w:sz w:val="20"/>
          <w:szCs w:val="20"/>
        </w:rPr>
      </w:pPr>
      <w:r w:rsidRPr="00091135">
        <w:rPr>
          <w:sz w:val="20"/>
          <w:szCs w:val="20"/>
        </w:rPr>
        <w:t>Az egyes Eszközök lényeges tulajdonságait, jellemzőit, azok használatára vonatkozó utasításokat az Eszköz Portálon közzétett információs oldaláról lehet megismerni.</w:t>
      </w:r>
      <w:r w:rsidR="00091135">
        <w:rPr>
          <w:sz w:val="20"/>
          <w:szCs w:val="20"/>
        </w:rPr>
        <w:br/>
      </w:r>
    </w:p>
    <w:p w14:paraId="1581D005" w14:textId="6D84F5E5" w:rsidR="00403EC2" w:rsidRPr="00091135" w:rsidRDefault="00000000" w:rsidP="00091135">
      <w:pPr>
        <w:pStyle w:val="Listaszerbekezds"/>
        <w:numPr>
          <w:ilvl w:val="0"/>
          <w:numId w:val="16"/>
        </w:numPr>
        <w:rPr>
          <w:sz w:val="20"/>
          <w:szCs w:val="20"/>
        </w:rPr>
      </w:pPr>
      <w:r w:rsidRPr="00091135">
        <w:rPr>
          <w:sz w:val="20"/>
          <w:szCs w:val="20"/>
        </w:rPr>
        <w:t>Ha a megrendelés előtt az Eszközökkel kapcsolatban kérdése merülne fel, Ügyfélszolgálatunk készséggel áll rendelkezésére. Az általunk bérbeadott Eszközök használatához</w:t>
      </w:r>
      <w:r w:rsidR="00091135">
        <w:rPr>
          <w:sz w:val="20"/>
          <w:szCs w:val="20"/>
        </w:rPr>
        <w:t xml:space="preserve"> </w:t>
      </w:r>
      <w:r w:rsidRPr="00091135">
        <w:rPr>
          <w:sz w:val="20"/>
          <w:szCs w:val="20"/>
        </w:rPr>
        <w:t>1 db útmutatót mellékelünk az Eszközök mellé. Ha véletlenül nem kapná kézhez az Eszközzel együtt a használati útmutatót, azt - mielőtt az Eszközt használatba veszi - jelezze Ügyfélszolgálatunknál</w:t>
      </w:r>
      <w:r w:rsidR="00257C4F">
        <w:rPr>
          <w:sz w:val="20"/>
          <w:szCs w:val="20"/>
        </w:rPr>
        <w:t xml:space="preserve"> és</w:t>
      </w:r>
      <w:r w:rsidRPr="00091135">
        <w:rPr>
          <w:sz w:val="20"/>
          <w:szCs w:val="20"/>
        </w:rPr>
        <w:t xml:space="preserve"> pótoljuk. Amennyiben a Portálon található bármely Eszköz minőségével, alapvető tulajdonságával, használatával, használhatóságával kapcsolatban, a Portálon közölteknél több információra van szüksége, kérjük, forduljon Ügyfélszolgálatunkhoz, melynek adatait, elérhetőségét a jelen ÁSZF-ben találja.</w:t>
      </w:r>
      <w:r w:rsidR="00091135">
        <w:rPr>
          <w:sz w:val="20"/>
          <w:szCs w:val="20"/>
        </w:rPr>
        <w:br/>
      </w:r>
    </w:p>
    <w:p w14:paraId="3016162D" w14:textId="07EE731A" w:rsidR="00403EC2" w:rsidRPr="00091135" w:rsidRDefault="00000000" w:rsidP="00091135">
      <w:pPr>
        <w:pStyle w:val="Listaszerbekezds"/>
        <w:numPr>
          <w:ilvl w:val="0"/>
          <w:numId w:val="16"/>
        </w:numPr>
        <w:rPr>
          <w:sz w:val="20"/>
          <w:szCs w:val="20"/>
        </w:rPr>
      </w:pPr>
      <w:r w:rsidRPr="00091135">
        <w:rPr>
          <w:sz w:val="20"/>
          <w:szCs w:val="20"/>
        </w:rPr>
        <w:t>Az Eszközök bérleti díját, illetve a szállítási díjakat a Portálon tesszük közzé, amely, ha nincs külön jelölve, az általános forgalmi adót már tartalmazza. Az Eszközök bérleti díja és a szállítási díj magyar forintban (Ft) és euróban (EUR) kerül feltüntetésre.</w:t>
      </w:r>
      <w:r w:rsidR="00091135">
        <w:rPr>
          <w:sz w:val="20"/>
          <w:szCs w:val="20"/>
        </w:rPr>
        <w:br/>
      </w:r>
    </w:p>
    <w:p w14:paraId="5A5D8554" w14:textId="6988287B" w:rsidR="00403EC2" w:rsidRPr="00091135" w:rsidRDefault="00000000" w:rsidP="00091135">
      <w:pPr>
        <w:pStyle w:val="Listaszerbekezds"/>
        <w:numPr>
          <w:ilvl w:val="0"/>
          <w:numId w:val="16"/>
        </w:numPr>
        <w:rPr>
          <w:sz w:val="20"/>
          <w:szCs w:val="20"/>
        </w:rPr>
      </w:pPr>
      <w:r w:rsidRPr="00091135">
        <w:rPr>
          <w:sz w:val="20"/>
          <w:szCs w:val="20"/>
        </w:rPr>
        <w:t xml:space="preserve">A Portálon megrendelhető Eszközök bérleti díjának, illetve a szállítási díjak egyoldalú változtatásának jogát a Szolgáltató fenntartja azzal, hogy a módosítás a Portálon való megjelenéssel egyidejűleg lép hatályba. A módosítás a már megrendelt Eszközök bérleti, illetve szállítási díját </w:t>
      </w:r>
      <w:r w:rsidR="00132E65">
        <w:rPr>
          <w:sz w:val="20"/>
          <w:szCs w:val="20"/>
        </w:rPr>
        <w:t>nem befolyásolja</w:t>
      </w:r>
      <w:r w:rsidRPr="00091135">
        <w:rPr>
          <w:sz w:val="20"/>
          <w:szCs w:val="20"/>
        </w:rPr>
        <w:t>. A megrendelés elküldését követően bekövetkezett árcsökkenés esetén nem áll módunkban pénzt visszatéríteni.</w:t>
      </w:r>
      <w:r w:rsidR="00091135">
        <w:rPr>
          <w:sz w:val="20"/>
          <w:szCs w:val="20"/>
        </w:rPr>
        <w:br/>
      </w:r>
    </w:p>
    <w:p w14:paraId="50D0BE35" w14:textId="135626E4" w:rsidR="00403EC2" w:rsidRPr="00091135" w:rsidRDefault="00000000" w:rsidP="00091135">
      <w:pPr>
        <w:pStyle w:val="Listaszerbekezds"/>
        <w:numPr>
          <w:ilvl w:val="0"/>
          <w:numId w:val="16"/>
        </w:numPr>
        <w:rPr>
          <w:sz w:val="20"/>
          <w:szCs w:val="20"/>
        </w:rPr>
      </w:pPr>
      <w:r w:rsidRPr="00091135">
        <w:rPr>
          <w:sz w:val="20"/>
          <w:szCs w:val="20"/>
        </w:rPr>
        <w:t>Amennyiben a Szolgáltató minden gondossága ellenére hibás ár kerül a Portálon feltüntetésre, különös tekintettel a nyilvánvalóan téves, pl. az általánosan elfogadott vagy becsült ártól jelentősen eltérő, esetleg rendszerhiba miatt megjelenő "0" Ft-os vagy "1" Ft-os árra, akkor a Szolgáltató nem köteles az Eszközt hibás áron szállítani, hanem felajánlhatja a helyes áron történő szállítást, amelynek ismeretében a Bérlő elállhat bérlési szándékától.</w:t>
      </w:r>
      <w:r w:rsidR="00091135">
        <w:rPr>
          <w:sz w:val="20"/>
          <w:szCs w:val="20"/>
        </w:rPr>
        <w:br/>
      </w:r>
    </w:p>
    <w:p w14:paraId="731DD729" w14:textId="3545B543" w:rsidR="00403EC2" w:rsidRPr="00091135" w:rsidRDefault="00000000" w:rsidP="00091135">
      <w:pPr>
        <w:pStyle w:val="Listaszerbekezds"/>
        <w:numPr>
          <w:ilvl w:val="0"/>
          <w:numId w:val="16"/>
        </w:numPr>
        <w:rPr>
          <w:sz w:val="20"/>
          <w:szCs w:val="20"/>
        </w:rPr>
      </w:pPr>
      <w:r w:rsidRPr="00091135">
        <w:rPr>
          <w:sz w:val="20"/>
          <w:szCs w:val="20"/>
        </w:rPr>
        <w:t>A megrendelést a Szolgáltató a Portálon keresztül, és csak akkor fogadja el, ha a Bérlő a megrendeléshez szükséges valamennyi mezőt maradéktalanul kitölti. (Ha a Bérlő valamely mezőt hiányosan tölt ki a rendszer nem engedi a megrendelést leadni.) A Szolgáltatót a Bérlő által tévesen és/vagy pontatlanul megadott rendelési adatokra visszavezethető szállítási késedelemért, illetve egyéb hibáért semminemű felelősség nem terheli.</w:t>
      </w:r>
      <w:r w:rsidR="00091135">
        <w:rPr>
          <w:sz w:val="20"/>
          <w:szCs w:val="20"/>
        </w:rPr>
        <w:br/>
      </w:r>
    </w:p>
    <w:p w14:paraId="5AD42CEA" w14:textId="1C94DD05" w:rsidR="00403EC2" w:rsidRPr="00091135" w:rsidRDefault="00000000" w:rsidP="00091135">
      <w:pPr>
        <w:pStyle w:val="Listaszerbekezds"/>
        <w:numPr>
          <w:ilvl w:val="0"/>
          <w:numId w:val="16"/>
        </w:numPr>
        <w:rPr>
          <w:sz w:val="20"/>
          <w:szCs w:val="20"/>
        </w:rPr>
      </w:pPr>
      <w:r w:rsidRPr="00091135">
        <w:rPr>
          <w:sz w:val="20"/>
          <w:szCs w:val="20"/>
        </w:rPr>
        <w:t xml:space="preserve">Megrendelés </w:t>
      </w:r>
      <w:r w:rsidR="004E4B96">
        <w:rPr>
          <w:sz w:val="20"/>
          <w:szCs w:val="20"/>
        </w:rPr>
        <w:t>le</w:t>
      </w:r>
      <w:r w:rsidRPr="00091135">
        <w:rPr>
          <w:sz w:val="20"/>
          <w:szCs w:val="20"/>
        </w:rPr>
        <w:t>adására a Portálon a</w:t>
      </w:r>
      <w:r w:rsidR="004E4B96" w:rsidRPr="00091135">
        <w:rPr>
          <w:sz w:val="20"/>
          <w:szCs w:val="20"/>
        </w:rPr>
        <w:t xml:space="preserve"> megjelenő formanyomtatvány kitöltésével</w:t>
      </w:r>
      <w:r w:rsidR="004E4B96">
        <w:rPr>
          <w:sz w:val="20"/>
          <w:szCs w:val="20"/>
        </w:rPr>
        <w:t>, majd a Rendelés elküldése</w:t>
      </w:r>
      <w:r w:rsidRPr="00091135">
        <w:rPr>
          <w:sz w:val="20"/>
          <w:szCs w:val="20"/>
        </w:rPr>
        <w:t xml:space="preserve"> gombra kattintva</w:t>
      </w:r>
      <w:r w:rsidR="004E4B96" w:rsidRPr="004E4B96">
        <w:rPr>
          <w:sz w:val="20"/>
          <w:szCs w:val="20"/>
        </w:rPr>
        <w:t xml:space="preserve"> </w:t>
      </w:r>
      <w:r w:rsidR="004E4B96" w:rsidRPr="00091135">
        <w:rPr>
          <w:sz w:val="20"/>
          <w:szCs w:val="20"/>
        </w:rPr>
        <w:t>van lehetőség</w:t>
      </w:r>
      <w:r w:rsidR="004E4B96">
        <w:rPr>
          <w:sz w:val="20"/>
          <w:szCs w:val="20"/>
        </w:rPr>
        <w:t>.</w:t>
      </w:r>
      <w:r w:rsidRPr="00091135">
        <w:rPr>
          <w:sz w:val="20"/>
          <w:szCs w:val="20"/>
        </w:rPr>
        <w:t xml:space="preserve"> A Bérlő a formanyomtatványon a VII. 1-2. pontokban rögzített adatok megadását követően adhatja le megrendelését a Szolgáltatónak. A formanyomtatvány kitöltése közben választani tud, hogy hogyan kívánja kiegyenlíteni a megrendelésének végösszegét. Ha választott a fizetési módok közül, valamint beírta számlázási adatait, úgy a </w:t>
      </w:r>
      <w:r w:rsidR="004E4B96">
        <w:rPr>
          <w:sz w:val="20"/>
          <w:szCs w:val="20"/>
        </w:rPr>
        <w:t>Rendelés elküldése</w:t>
      </w:r>
      <w:r w:rsidRPr="00091135">
        <w:rPr>
          <w:sz w:val="20"/>
          <w:szCs w:val="20"/>
        </w:rPr>
        <w:t xml:space="preserve"> (Submit) gombra kattintva küldi el megrendelését a Szolgáltatónak.</w:t>
      </w:r>
      <w:r w:rsidR="004E4B96">
        <w:rPr>
          <w:sz w:val="20"/>
          <w:szCs w:val="20"/>
        </w:rPr>
        <w:br/>
      </w:r>
    </w:p>
    <w:p w14:paraId="18CBF1F0" w14:textId="3E178DA1" w:rsidR="00403EC2" w:rsidRPr="004E4B96" w:rsidRDefault="00000000" w:rsidP="004E4B96">
      <w:pPr>
        <w:pStyle w:val="Listaszerbekezds"/>
        <w:numPr>
          <w:ilvl w:val="0"/>
          <w:numId w:val="16"/>
        </w:numPr>
        <w:rPr>
          <w:sz w:val="20"/>
          <w:szCs w:val="20"/>
        </w:rPr>
      </w:pPr>
      <w:r w:rsidRPr="004E4B96">
        <w:rPr>
          <w:sz w:val="20"/>
          <w:szCs w:val="20"/>
        </w:rPr>
        <w:lastRenderedPageBreak/>
        <w:t>A Szolgáltató kifejezetten felhívja a Bérlő figyelmét arra, hogy a bérlési szándék csak a "</w:t>
      </w:r>
      <w:r w:rsidR="004E4B96">
        <w:rPr>
          <w:sz w:val="20"/>
          <w:szCs w:val="20"/>
        </w:rPr>
        <w:t>Rendelés elküldése</w:t>
      </w:r>
      <w:r w:rsidR="004E4B96" w:rsidRPr="00091135">
        <w:rPr>
          <w:sz w:val="20"/>
          <w:szCs w:val="20"/>
        </w:rPr>
        <w:t xml:space="preserve"> (Submit)</w:t>
      </w:r>
      <w:r w:rsidRPr="004E4B96">
        <w:rPr>
          <w:sz w:val="20"/>
          <w:szCs w:val="20"/>
        </w:rPr>
        <w:t>" gomb megnyomása után válik hatályossá.</w:t>
      </w:r>
      <w:r w:rsidR="004E4B96">
        <w:rPr>
          <w:sz w:val="20"/>
          <w:szCs w:val="20"/>
        </w:rPr>
        <w:br/>
      </w:r>
    </w:p>
    <w:p w14:paraId="630D515D" w14:textId="573E8A3F" w:rsidR="00403EC2" w:rsidRPr="004E4B96" w:rsidRDefault="00000000" w:rsidP="004E4B96">
      <w:pPr>
        <w:pStyle w:val="Listaszerbekezds"/>
        <w:numPr>
          <w:ilvl w:val="0"/>
          <w:numId w:val="16"/>
        </w:numPr>
        <w:rPr>
          <w:sz w:val="20"/>
          <w:szCs w:val="20"/>
        </w:rPr>
      </w:pPr>
      <w:r w:rsidRPr="004E4B96">
        <w:rPr>
          <w:sz w:val="20"/>
          <w:szCs w:val="20"/>
        </w:rPr>
        <w:t>A megrendelés feladására, az ajánlat elküldésére "</w:t>
      </w:r>
      <w:r w:rsidR="004E4B96">
        <w:rPr>
          <w:sz w:val="20"/>
          <w:szCs w:val="20"/>
        </w:rPr>
        <w:t>Rendelés elküldése</w:t>
      </w:r>
      <w:r w:rsidR="004E4B96" w:rsidRPr="00091135">
        <w:rPr>
          <w:sz w:val="20"/>
          <w:szCs w:val="20"/>
        </w:rPr>
        <w:t xml:space="preserve"> (Submit)</w:t>
      </w:r>
      <w:r w:rsidRPr="004E4B96">
        <w:rPr>
          <w:sz w:val="20"/>
          <w:szCs w:val="20"/>
        </w:rPr>
        <w:t>" feliratra kattintást követően kerül sor. A rendelés leadása tehát a "</w:t>
      </w:r>
      <w:r w:rsidR="004E4B96">
        <w:rPr>
          <w:sz w:val="20"/>
          <w:szCs w:val="20"/>
        </w:rPr>
        <w:t>Rendelés elküldése</w:t>
      </w:r>
      <w:r w:rsidR="004E4B96" w:rsidRPr="00091135">
        <w:rPr>
          <w:sz w:val="20"/>
          <w:szCs w:val="20"/>
        </w:rPr>
        <w:t xml:space="preserve"> (Submit)</w:t>
      </w:r>
      <w:r w:rsidRPr="004E4B96">
        <w:rPr>
          <w:sz w:val="20"/>
          <w:szCs w:val="20"/>
        </w:rPr>
        <w:t>" gombra kattintással történik, amely a Bérlő részére fizetési kötelezettséget keletkeztet.</w:t>
      </w:r>
      <w:r w:rsidR="004E4B96">
        <w:rPr>
          <w:sz w:val="20"/>
          <w:szCs w:val="20"/>
        </w:rPr>
        <w:br/>
      </w:r>
    </w:p>
    <w:p w14:paraId="10F73A13" w14:textId="0571749D" w:rsidR="00403EC2" w:rsidRPr="004E4B96" w:rsidRDefault="00000000" w:rsidP="004E4B96">
      <w:pPr>
        <w:pStyle w:val="Listaszerbekezds"/>
        <w:numPr>
          <w:ilvl w:val="0"/>
          <w:numId w:val="16"/>
        </w:numPr>
        <w:rPr>
          <w:sz w:val="20"/>
          <w:szCs w:val="20"/>
        </w:rPr>
      </w:pPr>
      <w:r w:rsidRPr="004E4B96">
        <w:rPr>
          <w:sz w:val="20"/>
          <w:szCs w:val="20"/>
        </w:rPr>
        <w:t>A rendelés leadásakor a megadott adatok nem tartalmazhatnak trágár, obszcén vagy bántó kifejezést. Amennyiben a Bérlő az adatok kitöltési helyén ilyen adatot ad meg a megrendeléskor, a Szolgáltató jogosulttá válik arra, hogy a Szolgáltatást korlátozza, vagy a Bérlő megrendelését törölje.</w:t>
      </w:r>
      <w:r w:rsidR="004E4B96">
        <w:rPr>
          <w:sz w:val="20"/>
          <w:szCs w:val="20"/>
        </w:rPr>
        <w:br/>
      </w:r>
    </w:p>
    <w:p w14:paraId="777BA3D8" w14:textId="30B5AC43" w:rsidR="00403EC2" w:rsidRPr="004E4B96" w:rsidRDefault="00000000" w:rsidP="004E4B96">
      <w:pPr>
        <w:pStyle w:val="Listaszerbekezds"/>
        <w:numPr>
          <w:ilvl w:val="0"/>
          <w:numId w:val="16"/>
        </w:numPr>
        <w:rPr>
          <w:sz w:val="20"/>
          <w:szCs w:val="20"/>
        </w:rPr>
      </w:pPr>
      <w:r w:rsidRPr="004E4B96">
        <w:rPr>
          <w:sz w:val="20"/>
          <w:szCs w:val="20"/>
        </w:rPr>
        <w:t>A rendelés leadása során a Bérlők kötelesek adataikat a valóságnak és érvényes személyi igazolványuknak és lakcímkártyájuknak, jogi személy Bérlő esetében a rá vonatkozó nyilvántartás adatainak megfelelően megadni és kötelesek ezen adataikban bekövetkezett bármilyen változásról a Szolgáltatót haladéktalanul, de legkésőbb 15 napon belül értesíteni. A Bérlő vállalja, hogy a rendelés során megadott személyes adatokat szükség szerint frissíti annak érdekében, hogy azok időszerűek, teljesek és a valóságnak megfelelőek legyenek.</w:t>
      </w:r>
      <w:r w:rsidR="004E4B96">
        <w:rPr>
          <w:sz w:val="20"/>
          <w:szCs w:val="20"/>
        </w:rPr>
        <w:br/>
      </w:r>
    </w:p>
    <w:p w14:paraId="5D499778" w14:textId="0783B097" w:rsidR="00403EC2" w:rsidRPr="004E4B96" w:rsidRDefault="00000000" w:rsidP="004E4B96">
      <w:pPr>
        <w:pStyle w:val="Listaszerbekezds"/>
        <w:numPr>
          <w:ilvl w:val="0"/>
          <w:numId w:val="16"/>
        </w:numPr>
        <w:rPr>
          <w:sz w:val="20"/>
          <w:szCs w:val="20"/>
        </w:rPr>
      </w:pPr>
      <w:r w:rsidRPr="004E4B96">
        <w:rPr>
          <w:sz w:val="20"/>
          <w:szCs w:val="20"/>
        </w:rPr>
        <w:t>Nem természetes személy Bérlő nevében csak a szervezet képviseletében jogszabály, közhiteles nyilvántartás vagy meghatalmazás alapján eljárni (képviselni) jogosult személy jogosult a Portálon bármely szolgáltatást igénybe venni.</w:t>
      </w:r>
      <w:r w:rsidR="004E4B96">
        <w:rPr>
          <w:sz w:val="20"/>
          <w:szCs w:val="20"/>
        </w:rPr>
        <w:br/>
      </w:r>
    </w:p>
    <w:p w14:paraId="6B44B620" w14:textId="7BCA9001" w:rsidR="00403EC2" w:rsidRPr="004E4B96" w:rsidRDefault="00000000" w:rsidP="004E4B96">
      <w:pPr>
        <w:pStyle w:val="Listaszerbekezds"/>
        <w:numPr>
          <w:ilvl w:val="0"/>
          <w:numId w:val="16"/>
        </w:numPr>
        <w:rPr>
          <w:sz w:val="20"/>
          <w:szCs w:val="20"/>
        </w:rPr>
      </w:pPr>
      <w:r w:rsidRPr="004E4B96">
        <w:rPr>
          <w:sz w:val="20"/>
          <w:szCs w:val="20"/>
        </w:rPr>
        <w:t>A Szolgáltató kizárja felelősségét a rendelés leadása során megadott téves, hibás vagy hamis adatok vagy e-mail cím megadásából eredő kárért, ugyanakkor az ezzel kapcsolatosan felmerülő kárának megtérítését követelheti a Bérlőtől. A Bérlőnek bármikor lehetősége van adatait ellenőrizni és</w:t>
      </w:r>
      <w:r w:rsidR="004E4B96">
        <w:rPr>
          <w:sz w:val="20"/>
          <w:szCs w:val="20"/>
        </w:rPr>
        <w:t xml:space="preserve"> e-mail útján</w:t>
      </w:r>
      <w:r w:rsidRPr="004E4B96">
        <w:rPr>
          <w:sz w:val="20"/>
          <w:szCs w:val="20"/>
        </w:rPr>
        <w:t xml:space="preserve"> </w:t>
      </w:r>
      <w:r w:rsidR="00257C4F">
        <w:rPr>
          <w:sz w:val="20"/>
          <w:szCs w:val="20"/>
        </w:rPr>
        <w:t xml:space="preserve">azok </w:t>
      </w:r>
      <w:r w:rsidRPr="004E4B96">
        <w:rPr>
          <w:sz w:val="20"/>
          <w:szCs w:val="20"/>
        </w:rPr>
        <w:t>módosít</w:t>
      </w:r>
      <w:r w:rsidR="00257C4F">
        <w:rPr>
          <w:sz w:val="20"/>
          <w:szCs w:val="20"/>
        </w:rPr>
        <w:t>ását kérni</w:t>
      </w:r>
      <w:r w:rsidRPr="004E4B96">
        <w:rPr>
          <w:sz w:val="20"/>
          <w:szCs w:val="20"/>
        </w:rPr>
        <w:t>. A Szolgáltató jogosult törölni a nyilvánvalóan hibás vagy hamis adatokat, továbbá kétség esetén jogosult a Bérlő adatainak valódiságát ellenőrizni.</w:t>
      </w:r>
      <w:r w:rsidR="004E4B96">
        <w:rPr>
          <w:sz w:val="20"/>
          <w:szCs w:val="20"/>
        </w:rPr>
        <w:br/>
      </w:r>
    </w:p>
    <w:p w14:paraId="460BDA2B" w14:textId="22D2087A" w:rsidR="00403EC2" w:rsidRPr="004E4B96" w:rsidRDefault="00000000" w:rsidP="004E4B96">
      <w:pPr>
        <w:pStyle w:val="Listaszerbekezds"/>
        <w:numPr>
          <w:ilvl w:val="0"/>
          <w:numId w:val="16"/>
        </w:numPr>
        <w:rPr>
          <w:sz w:val="20"/>
          <w:szCs w:val="20"/>
        </w:rPr>
      </w:pPr>
      <w:r w:rsidRPr="004E4B96">
        <w:rPr>
          <w:sz w:val="20"/>
          <w:szCs w:val="20"/>
        </w:rPr>
        <w:t>A Szolgáltató fenntartja magának a jogot, hogy a Bérlő megrendelését visszautasítsa, így különösen valótlan, vagy hiányos adatok megadása, illetve a megrendelés során a megadott adatokkal történő bármilyen visszaélés gyanúja esetén.</w:t>
      </w:r>
      <w:r w:rsidR="004E4B96">
        <w:rPr>
          <w:sz w:val="20"/>
          <w:szCs w:val="20"/>
        </w:rPr>
        <w:br/>
      </w:r>
    </w:p>
    <w:p w14:paraId="4FBD76DE" w14:textId="69F73045" w:rsidR="00403EC2" w:rsidRPr="004E4B96" w:rsidRDefault="00000000" w:rsidP="004E4B96">
      <w:pPr>
        <w:pStyle w:val="Listaszerbekezds"/>
        <w:numPr>
          <w:ilvl w:val="0"/>
          <w:numId w:val="16"/>
        </w:numPr>
        <w:rPr>
          <w:sz w:val="20"/>
          <w:szCs w:val="20"/>
        </w:rPr>
      </w:pPr>
      <w:r w:rsidRPr="004E4B96">
        <w:rPr>
          <w:sz w:val="20"/>
          <w:szCs w:val="20"/>
        </w:rPr>
        <w:t>Amennyiben a Szolgáltató tudomást szerez arról, hogy a Bérlő a jelen ÁSZF-et, valamely harmadik személy jogait vagy egyébként a jogszabályokat sértő módon a Portál használata, illetve a megrendelés leadása során más személy vagy nem létező személy személyes adatait adja meg, vagy hamis, nem valós adatokat ad meg, a Szolgáltató jogosult a Bérlővel fennálló szerződését azonnali hatállyal felmondani és a Bérlő megrendelését törölni.</w:t>
      </w:r>
      <w:r w:rsidR="004E4B96">
        <w:rPr>
          <w:sz w:val="20"/>
          <w:szCs w:val="20"/>
        </w:rPr>
        <w:br/>
      </w:r>
    </w:p>
    <w:p w14:paraId="3285F4EC" w14:textId="66C47E97" w:rsidR="00403EC2" w:rsidRPr="004E4B96" w:rsidRDefault="00000000" w:rsidP="004E4B96">
      <w:pPr>
        <w:pStyle w:val="Listaszerbekezds"/>
        <w:numPr>
          <w:ilvl w:val="0"/>
          <w:numId w:val="16"/>
        </w:numPr>
        <w:rPr>
          <w:sz w:val="20"/>
          <w:szCs w:val="20"/>
        </w:rPr>
      </w:pPr>
      <w:r w:rsidRPr="004E4B96">
        <w:rPr>
          <w:sz w:val="20"/>
          <w:szCs w:val="20"/>
        </w:rPr>
        <w:t>A Bérlőt teljes körű felelősség terheli a Portálon keresztül történő mindennemű tevékenységgel kapcsolatban. A Bérlő vállalja, hogy haladéktalanul értesíti a Szolgáltató ügyfélszolgálatát adatainak bármilyen illetéktelen felhasználása, illetve a biztonság egyéb módon való megsértése esetén.</w:t>
      </w:r>
      <w:r w:rsidR="004E4B96">
        <w:rPr>
          <w:sz w:val="20"/>
          <w:szCs w:val="20"/>
        </w:rPr>
        <w:br/>
      </w:r>
    </w:p>
    <w:p w14:paraId="5811C625" w14:textId="592DC94B" w:rsidR="00403EC2" w:rsidRPr="004E4B96" w:rsidRDefault="00000000" w:rsidP="004E4B96">
      <w:pPr>
        <w:pStyle w:val="Listaszerbekezds"/>
        <w:numPr>
          <w:ilvl w:val="0"/>
          <w:numId w:val="16"/>
        </w:numPr>
        <w:rPr>
          <w:sz w:val="20"/>
          <w:szCs w:val="20"/>
        </w:rPr>
      </w:pPr>
      <w:r w:rsidRPr="004E4B96">
        <w:rPr>
          <w:sz w:val="20"/>
          <w:szCs w:val="20"/>
        </w:rPr>
        <w:t>Amennyiben a Portál számítástechnikai eszközön, mobilkészüléken történő működéséhez egyéb programok, segédprogramok, applikációk letöltése és telepítése is szükséges, a Bérlő gondoskodik azok letöltéséről és telepítéséről.</w:t>
      </w:r>
      <w:r w:rsidR="004E4B96">
        <w:rPr>
          <w:sz w:val="20"/>
          <w:szCs w:val="20"/>
        </w:rPr>
        <w:br/>
      </w:r>
    </w:p>
    <w:p w14:paraId="3CEB4D10" w14:textId="20C20F8C" w:rsidR="00403EC2" w:rsidRPr="004E4B96" w:rsidRDefault="00000000" w:rsidP="004E4B96">
      <w:pPr>
        <w:pStyle w:val="Listaszerbekezds"/>
        <w:numPr>
          <w:ilvl w:val="0"/>
          <w:numId w:val="16"/>
        </w:numPr>
        <w:rPr>
          <w:sz w:val="20"/>
          <w:szCs w:val="20"/>
        </w:rPr>
      </w:pPr>
      <w:r w:rsidRPr="004E4B96">
        <w:rPr>
          <w:sz w:val="20"/>
          <w:szCs w:val="20"/>
        </w:rPr>
        <w:t>Amennyiben a megrendelést (Foglalást) a Szolgáltató elfogadta, a Bérlő az általa megadott e-mail címre üzenetet kap, amelyben a Szolgáltató tájékoztatja a sikeres megrendelésről.</w:t>
      </w:r>
      <w:r w:rsidR="004E4B96">
        <w:rPr>
          <w:sz w:val="20"/>
          <w:szCs w:val="20"/>
        </w:rPr>
        <w:br/>
      </w:r>
    </w:p>
    <w:p w14:paraId="29F82D90" w14:textId="714FC619" w:rsidR="00403EC2" w:rsidRPr="004E4B96" w:rsidRDefault="00000000" w:rsidP="004E4B96">
      <w:pPr>
        <w:pStyle w:val="Listaszerbekezds"/>
        <w:numPr>
          <w:ilvl w:val="0"/>
          <w:numId w:val="16"/>
        </w:numPr>
        <w:rPr>
          <w:sz w:val="20"/>
          <w:szCs w:val="20"/>
        </w:rPr>
      </w:pPr>
      <w:r w:rsidRPr="004E4B96">
        <w:rPr>
          <w:sz w:val="20"/>
          <w:szCs w:val="20"/>
        </w:rPr>
        <w:t xml:space="preserve">Amennyiben a megrendelést visszaigazoló e-mail valamilyen okból a Bérlőhöz nem érkezik meg a megrendelés elküldését követő 48 órán belül, kérjük, szíveskedjen felkeresni a Szolgáltatót telefonon vagy e-mailben, az </w:t>
      </w:r>
      <w:r w:rsidRPr="004E4B96">
        <w:rPr>
          <w:sz w:val="20"/>
          <w:szCs w:val="20"/>
        </w:rPr>
        <w:lastRenderedPageBreak/>
        <w:t>Ügyfélszolgálat elérhetőségein, illetve a Szolgáltató ezzel kapcsolatban jogosult megkeresni a Bérlőt az általa megadott elérhetőségeken.</w:t>
      </w:r>
      <w:r w:rsidR="004E4B96">
        <w:rPr>
          <w:sz w:val="20"/>
          <w:szCs w:val="20"/>
        </w:rPr>
        <w:br/>
      </w:r>
    </w:p>
    <w:p w14:paraId="30F8C37B" w14:textId="4163E015" w:rsidR="00403EC2" w:rsidRPr="004E4B96" w:rsidRDefault="00000000" w:rsidP="004E4B96">
      <w:pPr>
        <w:pStyle w:val="Listaszerbekezds"/>
        <w:numPr>
          <w:ilvl w:val="0"/>
          <w:numId w:val="16"/>
        </w:numPr>
        <w:rPr>
          <w:sz w:val="20"/>
          <w:szCs w:val="20"/>
        </w:rPr>
      </w:pPr>
      <w:r w:rsidRPr="004E4B96">
        <w:rPr>
          <w:sz w:val="20"/>
          <w:szCs w:val="20"/>
        </w:rPr>
        <w:t>Szolgáltató a megrendeléseket munkanapokon igazolja vissza. Amennyiben a megrendelést munkaszüneti napon, ünnepnapon adják le, úgy azt Szolgáltató a következő munkanapon igazolja vissza.</w:t>
      </w:r>
    </w:p>
    <w:p w14:paraId="52701B2D" w14:textId="77777777" w:rsidR="00403EC2" w:rsidRPr="004B66D1" w:rsidRDefault="00403EC2" w:rsidP="00197924">
      <w:pPr>
        <w:ind w:left="426"/>
        <w:rPr>
          <w:sz w:val="20"/>
          <w:szCs w:val="20"/>
        </w:rPr>
      </w:pPr>
    </w:p>
    <w:p w14:paraId="31CF70DB" w14:textId="77777777" w:rsidR="00403EC2" w:rsidRPr="004E4B96" w:rsidRDefault="00000000" w:rsidP="00197924">
      <w:pPr>
        <w:ind w:left="426"/>
        <w:rPr>
          <w:b/>
          <w:bCs/>
          <w:sz w:val="20"/>
          <w:szCs w:val="20"/>
        </w:rPr>
      </w:pPr>
      <w:r w:rsidRPr="004E4B96">
        <w:rPr>
          <w:b/>
          <w:bCs/>
          <w:sz w:val="20"/>
          <w:szCs w:val="20"/>
        </w:rPr>
        <w:t>A megrendelés módosítása, visszavonása</w:t>
      </w:r>
    </w:p>
    <w:p w14:paraId="7E293D6C" w14:textId="512BAB65" w:rsidR="00403EC2" w:rsidRPr="004E4B96" w:rsidRDefault="00000000" w:rsidP="004E4B96">
      <w:pPr>
        <w:pStyle w:val="Listaszerbekezds"/>
        <w:numPr>
          <w:ilvl w:val="0"/>
          <w:numId w:val="16"/>
        </w:numPr>
        <w:rPr>
          <w:sz w:val="20"/>
          <w:szCs w:val="20"/>
        </w:rPr>
      </w:pPr>
      <w:r w:rsidRPr="004E4B96">
        <w:rPr>
          <w:sz w:val="20"/>
          <w:szCs w:val="20"/>
        </w:rPr>
        <w:t>A Bérlőnek a rendelés bármely szakaszában és a megrendelés Szolgáltató részére való elküldéséig a Portálon bármikor lehetősége van az adatbeviteli hibák javítására, a megrendelés módosítására és visszavonására, törlésére a megrendelési felületen (pl. a formanyomtatványból való kilépéssel).</w:t>
      </w:r>
      <w:r w:rsidR="004E4B96">
        <w:rPr>
          <w:sz w:val="20"/>
          <w:szCs w:val="20"/>
        </w:rPr>
        <w:br/>
      </w:r>
    </w:p>
    <w:p w14:paraId="0F265D76" w14:textId="6A3B2815" w:rsidR="00403EC2" w:rsidRPr="004E4B96" w:rsidRDefault="00000000" w:rsidP="004E4B96">
      <w:pPr>
        <w:pStyle w:val="Listaszerbekezds"/>
        <w:numPr>
          <w:ilvl w:val="0"/>
          <w:numId w:val="16"/>
        </w:numPr>
        <w:rPr>
          <w:sz w:val="20"/>
          <w:szCs w:val="20"/>
        </w:rPr>
      </w:pPr>
      <w:r w:rsidRPr="004E4B96">
        <w:rPr>
          <w:sz w:val="20"/>
          <w:szCs w:val="20"/>
        </w:rPr>
        <w:t>A megrendelés elküldését követően a Bérlő a Szolgáltató Ügyfélszolgálatának küldött e-mailben tudja kérni a megrendelése módosítását, amelyet a Szolgáltató saját belátása szerint teljesít. A Szolgáltató nem köteles az ilyen módosítást teljesíteni, és a módosítás teljesítésének megtagadása esetén a Bérlő semmilyen igénnyel nem léphet Szolgáltatóval szemben, a Bérlő a leszállított Eszközök bérleti és szállítási díját ebben az esetben köteles kifizetni, elállási jogát azonban gyakorolhatja a jogszabály és a jelen ÁSZF rendelkezései szerint. A megrendelés módosítása addig kérhető, amíg a Szolgáltató a megrendelt Eszközöket a Futárszolgálatnak kiszállításra vagy Átvételipontra át nem adta.</w:t>
      </w:r>
      <w:r w:rsidR="004E4B96">
        <w:rPr>
          <w:sz w:val="20"/>
          <w:szCs w:val="20"/>
        </w:rPr>
        <w:br/>
      </w:r>
    </w:p>
    <w:p w14:paraId="4DDC29D8" w14:textId="33E997D4" w:rsidR="00403EC2" w:rsidRPr="004E4B96" w:rsidRDefault="00000000" w:rsidP="004E4B96">
      <w:pPr>
        <w:pStyle w:val="Listaszerbekezds"/>
        <w:numPr>
          <w:ilvl w:val="0"/>
          <w:numId w:val="16"/>
        </w:numPr>
        <w:rPr>
          <w:sz w:val="20"/>
          <w:szCs w:val="20"/>
        </w:rPr>
      </w:pPr>
      <w:r w:rsidRPr="004E4B96">
        <w:rPr>
          <w:sz w:val="20"/>
          <w:szCs w:val="20"/>
        </w:rPr>
        <w:t>A megrendelés visszavonására (lemondásra) a megrendelés leadását követően kizárólag akkor van lehetőség, amennyiben arra a (kör)utazás, városnézés, egyéb program megadott kezdő időpontja előtt legalább 48 (negyvennyolc) órával kerül sor</w:t>
      </w:r>
      <w:r w:rsidR="00CA1332">
        <w:rPr>
          <w:sz w:val="20"/>
          <w:szCs w:val="20"/>
        </w:rPr>
        <w:t>.</w:t>
      </w:r>
      <w:r w:rsidRPr="004E4B96">
        <w:rPr>
          <w:sz w:val="20"/>
          <w:szCs w:val="20"/>
        </w:rPr>
        <w:t xml:space="preserve"> </w:t>
      </w:r>
      <w:r w:rsidR="00CA1332">
        <w:rPr>
          <w:sz w:val="20"/>
          <w:szCs w:val="20"/>
        </w:rPr>
        <w:t>E</w:t>
      </w:r>
      <w:r w:rsidRPr="004E4B96">
        <w:rPr>
          <w:sz w:val="20"/>
          <w:szCs w:val="20"/>
        </w:rPr>
        <w:t xml:space="preserve">zt követően amennyiben </w:t>
      </w:r>
      <w:r w:rsidR="00CA1332">
        <w:rPr>
          <w:sz w:val="20"/>
          <w:szCs w:val="20"/>
        </w:rPr>
        <w:t>a B</w:t>
      </w:r>
      <w:r w:rsidRPr="004E4B96">
        <w:rPr>
          <w:sz w:val="20"/>
          <w:szCs w:val="20"/>
        </w:rPr>
        <w:t>érlő visszavonja a megrendelést, úgy köteles a bérleti díj teljes összegét is megfizetni Szolgáltatónak.</w:t>
      </w:r>
      <w:r w:rsidR="00CA1332">
        <w:rPr>
          <w:sz w:val="20"/>
          <w:szCs w:val="20"/>
        </w:rPr>
        <w:br/>
      </w:r>
    </w:p>
    <w:p w14:paraId="123E233B" w14:textId="0E093A2A" w:rsidR="00403EC2" w:rsidRPr="00CA1332" w:rsidRDefault="00000000" w:rsidP="00CA1332">
      <w:pPr>
        <w:pStyle w:val="Listaszerbekezds"/>
        <w:numPr>
          <w:ilvl w:val="0"/>
          <w:numId w:val="16"/>
        </w:numPr>
        <w:rPr>
          <w:sz w:val="20"/>
          <w:szCs w:val="20"/>
        </w:rPr>
      </w:pPr>
      <w:r w:rsidRPr="00CA1332">
        <w:rPr>
          <w:sz w:val="20"/>
          <w:szCs w:val="20"/>
        </w:rPr>
        <w:t>Az Eszközök átvételét követően, utólagos igénybe vevői létszám módosítását a Szolgáltató nem tudja elfogadni.</w:t>
      </w:r>
    </w:p>
    <w:p w14:paraId="74DA4727" w14:textId="77777777" w:rsidR="00403EC2" w:rsidRPr="004B66D1" w:rsidRDefault="00403EC2" w:rsidP="00197924">
      <w:pPr>
        <w:ind w:left="426"/>
        <w:rPr>
          <w:sz w:val="20"/>
          <w:szCs w:val="20"/>
        </w:rPr>
      </w:pPr>
    </w:p>
    <w:p w14:paraId="74E89043" w14:textId="77777777" w:rsidR="00403EC2" w:rsidRPr="00CA1332" w:rsidRDefault="00000000" w:rsidP="00197924">
      <w:pPr>
        <w:ind w:left="426"/>
        <w:rPr>
          <w:b/>
          <w:bCs/>
          <w:sz w:val="20"/>
          <w:szCs w:val="20"/>
        </w:rPr>
      </w:pPr>
      <w:r w:rsidRPr="00CA1332">
        <w:rPr>
          <w:b/>
          <w:bCs/>
          <w:sz w:val="20"/>
          <w:szCs w:val="20"/>
        </w:rPr>
        <w:t>Ajánlati kötöttség, visszaigazolás</w:t>
      </w:r>
    </w:p>
    <w:p w14:paraId="18F3462A" w14:textId="3371AC23" w:rsidR="00403EC2" w:rsidRPr="00CA1332" w:rsidRDefault="00000000" w:rsidP="00CA1332">
      <w:pPr>
        <w:pStyle w:val="Listaszerbekezds"/>
        <w:numPr>
          <w:ilvl w:val="0"/>
          <w:numId w:val="16"/>
        </w:numPr>
        <w:rPr>
          <w:sz w:val="20"/>
          <w:szCs w:val="20"/>
        </w:rPr>
      </w:pPr>
      <w:r w:rsidRPr="00CA1332">
        <w:rPr>
          <w:sz w:val="20"/>
          <w:szCs w:val="20"/>
        </w:rPr>
        <w:t>A Bérlő által elküldött megrendelés (ajánlat) megérkezését a Szolgáltató haladéktalanul (munkanapokon, 24 órán belül) visszaigazoló e-mail útján visszaigazolja a Bérlő részére, mely visszaigazoló e-mail tartalmazza a Bérlő által a megrendelés leadása során megadott adatokat (pl. szállítási információk), a rendelés azonosítóját, a rendelés dátumát, a megrendelt Eszközök felsorolását, mennyiségét, az Eszközök bérletének díját, szállítási költséget és a fizetendő végösszeget.</w:t>
      </w:r>
      <w:r w:rsidR="00CA1332">
        <w:rPr>
          <w:sz w:val="20"/>
          <w:szCs w:val="20"/>
        </w:rPr>
        <w:br/>
      </w:r>
    </w:p>
    <w:p w14:paraId="47D77B6B" w14:textId="28B401CE" w:rsidR="00403EC2" w:rsidRPr="00CA1332" w:rsidRDefault="00000000" w:rsidP="00CA1332">
      <w:pPr>
        <w:pStyle w:val="Listaszerbekezds"/>
        <w:numPr>
          <w:ilvl w:val="0"/>
          <w:numId w:val="16"/>
        </w:numPr>
        <w:rPr>
          <w:b/>
          <w:bCs/>
          <w:sz w:val="20"/>
          <w:szCs w:val="20"/>
        </w:rPr>
      </w:pPr>
      <w:r w:rsidRPr="00CA1332">
        <w:rPr>
          <w:b/>
          <w:bCs/>
          <w:sz w:val="20"/>
          <w:szCs w:val="20"/>
        </w:rPr>
        <w:t>E visszaigazoló e-mail a Szolgáltató részéről a Bérlő által tett ajánlat elfogadásának minősül, mellyel érvényes szerződés jön létre Szolgáltató és a Bérlő között.</w:t>
      </w:r>
      <w:r w:rsidR="00CA1332" w:rsidRPr="00CA1332">
        <w:rPr>
          <w:b/>
          <w:bCs/>
          <w:sz w:val="20"/>
          <w:szCs w:val="20"/>
        </w:rPr>
        <w:br/>
      </w:r>
    </w:p>
    <w:p w14:paraId="30A6A09F" w14:textId="08E9EEF7" w:rsidR="00403EC2" w:rsidRPr="00CA1332" w:rsidRDefault="00000000" w:rsidP="00CA1332">
      <w:pPr>
        <w:pStyle w:val="Listaszerbekezds"/>
        <w:numPr>
          <w:ilvl w:val="0"/>
          <w:numId w:val="16"/>
        </w:numPr>
        <w:rPr>
          <w:sz w:val="20"/>
          <w:szCs w:val="20"/>
        </w:rPr>
      </w:pPr>
      <w:r w:rsidRPr="00CA1332">
        <w:rPr>
          <w:sz w:val="20"/>
          <w:szCs w:val="20"/>
        </w:rPr>
        <w:t>A Bérlő mentesül az ajánlati kötöttség alól, ha késedelem nélkül, de legkésőbb 48 órán belül nem kapja meg Szolgáltatótól az elküldött rendelésére vonatkozó visszaigazoló e-mailt.</w:t>
      </w:r>
      <w:r w:rsidR="00CA1332">
        <w:rPr>
          <w:sz w:val="20"/>
          <w:szCs w:val="20"/>
        </w:rPr>
        <w:br/>
      </w:r>
    </w:p>
    <w:p w14:paraId="036CCB0F" w14:textId="7C84F071" w:rsidR="00403EC2" w:rsidRPr="00CA1332" w:rsidRDefault="00000000" w:rsidP="00CA1332">
      <w:pPr>
        <w:pStyle w:val="Listaszerbekezds"/>
        <w:numPr>
          <w:ilvl w:val="0"/>
          <w:numId w:val="16"/>
        </w:numPr>
        <w:rPr>
          <w:sz w:val="20"/>
          <w:szCs w:val="20"/>
        </w:rPr>
      </w:pPr>
      <w:r w:rsidRPr="00CA1332">
        <w:rPr>
          <w:sz w:val="20"/>
          <w:szCs w:val="20"/>
        </w:rPr>
        <w:t>Ha a Bérlő rendelését már elküldte a Szolgáltató részére és hibát vesz észre a visszaigazoló e-mailben szereplő adatok tekintetében, azt 1 napon belül jeleznie köteles a Szolgáltató felé a nem kívánt rendelések teljesítésének elkerülése érdekében.</w:t>
      </w:r>
      <w:r w:rsidR="00CA1332">
        <w:rPr>
          <w:sz w:val="20"/>
          <w:szCs w:val="20"/>
        </w:rPr>
        <w:br/>
      </w:r>
    </w:p>
    <w:p w14:paraId="7FB6A303" w14:textId="3EDE5865" w:rsidR="00403EC2" w:rsidRPr="00CA1332" w:rsidRDefault="00000000" w:rsidP="00CA1332">
      <w:pPr>
        <w:pStyle w:val="Listaszerbekezds"/>
        <w:numPr>
          <w:ilvl w:val="0"/>
          <w:numId w:val="16"/>
        </w:numPr>
        <w:rPr>
          <w:sz w:val="20"/>
          <w:szCs w:val="20"/>
        </w:rPr>
      </w:pPr>
      <w:r w:rsidRPr="00CA1332">
        <w:rPr>
          <w:sz w:val="20"/>
          <w:szCs w:val="20"/>
        </w:rPr>
        <w:t xml:space="preserve">A megrendelés elektronikus úton megkötött szerződésnek minősül, amelyre a Polgári Törvénykönyvről szóló 2013. évi V. törvény (a továbbiakban: Ptk.), az elektronikus kereskedelmi szolgáltatások, valamint az információs társadalommal összefüggő szolgáltatások egyes kérdéseiről szóló 2001. évi CVIII. törvényben </w:t>
      </w:r>
      <w:r w:rsidRPr="00CA1332">
        <w:rPr>
          <w:sz w:val="20"/>
          <w:szCs w:val="20"/>
        </w:rPr>
        <w:lastRenderedPageBreak/>
        <w:t>foglaltak irányadóak. A szerződés a fogyasztó és a vállalkozás közötti szerződések részletes szabályairól szóló 45/2014 (II.26.) Korm. rendelet hatálya alá tartozik, és szem előtt tartja a fogyasztók jogairól szóló Európai Parlament és a Tanács 2011/83/EU irányelvének rendelkezéseit.</w:t>
      </w:r>
    </w:p>
    <w:p w14:paraId="1C989C82" w14:textId="77777777" w:rsidR="00403EC2" w:rsidRPr="004B66D1" w:rsidRDefault="00403EC2" w:rsidP="00197924">
      <w:pPr>
        <w:ind w:left="426"/>
        <w:rPr>
          <w:sz w:val="20"/>
          <w:szCs w:val="20"/>
        </w:rPr>
      </w:pPr>
    </w:p>
    <w:p w14:paraId="25B8E8CA" w14:textId="77777777" w:rsidR="00403EC2" w:rsidRPr="00CA1332" w:rsidRDefault="00000000" w:rsidP="00197924">
      <w:pPr>
        <w:ind w:left="426"/>
        <w:rPr>
          <w:b/>
          <w:bCs/>
          <w:sz w:val="20"/>
          <w:szCs w:val="20"/>
        </w:rPr>
      </w:pPr>
      <w:r w:rsidRPr="00CA1332">
        <w:rPr>
          <w:b/>
          <w:bCs/>
          <w:sz w:val="20"/>
          <w:szCs w:val="20"/>
        </w:rPr>
        <w:t>Szállítási és fizetési feltételek</w:t>
      </w:r>
    </w:p>
    <w:p w14:paraId="41C764C0" w14:textId="7FC0FB5A" w:rsidR="00403EC2" w:rsidRPr="00CA1332" w:rsidRDefault="00000000" w:rsidP="00CA1332">
      <w:pPr>
        <w:pStyle w:val="Listaszerbekezds"/>
        <w:numPr>
          <w:ilvl w:val="0"/>
          <w:numId w:val="16"/>
        </w:numPr>
        <w:rPr>
          <w:sz w:val="20"/>
          <w:szCs w:val="20"/>
        </w:rPr>
      </w:pPr>
      <w:r w:rsidRPr="00CA1332">
        <w:rPr>
          <w:sz w:val="20"/>
          <w:szCs w:val="20"/>
        </w:rPr>
        <w:t>A megrendelt Eszközök átvételére személyesen Átvételiponton vagy a Szolgáltató által igénybe vett Futárszolgálat útján, a Bérlő által megadott Szállítási címre való szállítással van lehetőség.</w:t>
      </w:r>
    </w:p>
    <w:p w14:paraId="07712AC2" w14:textId="0E7B865C" w:rsidR="00CA1332" w:rsidRPr="004B66D1" w:rsidRDefault="00000000" w:rsidP="00CA1332">
      <w:pPr>
        <w:ind w:left="709"/>
        <w:rPr>
          <w:sz w:val="20"/>
          <w:szCs w:val="20"/>
        </w:rPr>
      </w:pPr>
      <w:r w:rsidRPr="00CA1332">
        <w:rPr>
          <w:b/>
          <w:bCs/>
          <w:sz w:val="20"/>
          <w:szCs w:val="20"/>
        </w:rPr>
        <w:t>Átvételipont:</w:t>
      </w:r>
      <w:r w:rsidRPr="004B66D1">
        <w:rPr>
          <w:sz w:val="20"/>
          <w:szCs w:val="20"/>
        </w:rPr>
        <w:t xml:space="preserve"> Szolgáltató fióktelepe (cím: </w:t>
      </w:r>
      <w:r w:rsidR="00CA1332">
        <w:rPr>
          <w:sz w:val="20"/>
          <w:szCs w:val="20"/>
        </w:rPr>
        <w:t>1113 Budapest, Bocskai út 77-79, B1 bejárat, 3</w:t>
      </w:r>
      <w:r w:rsidRPr="004B66D1">
        <w:rPr>
          <w:sz w:val="20"/>
          <w:szCs w:val="20"/>
        </w:rPr>
        <w:t>,</w:t>
      </w:r>
      <w:r w:rsidR="00CA1332">
        <w:rPr>
          <w:sz w:val="20"/>
          <w:szCs w:val="20"/>
        </w:rPr>
        <w:t xml:space="preserve"> emelet.</w:t>
      </w:r>
      <w:r w:rsidRPr="004B66D1">
        <w:rPr>
          <w:sz w:val="20"/>
          <w:szCs w:val="20"/>
        </w:rPr>
        <w:t xml:space="preserve"> </w:t>
      </w:r>
      <w:r w:rsidR="00CA1332">
        <w:rPr>
          <w:sz w:val="20"/>
          <w:szCs w:val="20"/>
        </w:rPr>
        <w:br/>
        <w:t>N</w:t>
      </w:r>
      <w:r w:rsidRPr="004B66D1">
        <w:rPr>
          <w:sz w:val="20"/>
          <w:szCs w:val="20"/>
        </w:rPr>
        <w:t>yitvatartás: H-P 0</w:t>
      </w:r>
      <w:r w:rsidR="00CA1332">
        <w:rPr>
          <w:sz w:val="20"/>
          <w:szCs w:val="20"/>
        </w:rPr>
        <w:t>9</w:t>
      </w:r>
      <w:r w:rsidRPr="004B66D1">
        <w:rPr>
          <w:sz w:val="20"/>
          <w:szCs w:val="20"/>
        </w:rPr>
        <w:t>.00-1</w:t>
      </w:r>
      <w:r w:rsidR="00CA1332">
        <w:rPr>
          <w:sz w:val="20"/>
          <w:szCs w:val="20"/>
        </w:rPr>
        <w:t>7</w:t>
      </w:r>
      <w:r w:rsidRPr="004B66D1">
        <w:rPr>
          <w:sz w:val="20"/>
          <w:szCs w:val="20"/>
        </w:rPr>
        <w:t xml:space="preserve">.00, hétvégi személyes átvétel </w:t>
      </w:r>
      <w:r w:rsidR="00CA1332">
        <w:rPr>
          <w:sz w:val="20"/>
          <w:szCs w:val="20"/>
        </w:rPr>
        <w:t>az irodaház recepcióján előzetes egyeztetés alapján lehetséges.</w:t>
      </w:r>
      <w:r w:rsidRPr="004B66D1">
        <w:rPr>
          <w:sz w:val="20"/>
          <w:szCs w:val="20"/>
        </w:rPr>
        <w:t>)</w:t>
      </w:r>
    </w:p>
    <w:p w14:paraId="1C0D073D" w14:textId="77777777" w:rsidR="00403EC2" w:rsidRPr="00CA1332" w:rsidRDefault="00000000" w:rsidP="00CA1332">
      <w:pPr>
        <w:ind w:left="709"/>
        <w:rPr>
          <w:b/>
          <w:bCs/>
          <w:sz w:val="20"/>
          <w:szCs w:val="20"/>
        </w:rPr>
      </w:pPr>
      <w:r w:rsidRPr="00CA1332">
        <w:rPr>
          <w:b/>
          <w:bCs/>
          <w:sz w:val="20"/>
          <w:szCs w:val="20"/>
        </w:rPr>
        <w:t>A megrendelt Eszközök fenti Átvételiponton történő személyes átvétele esetén szállítási díj nem kerül felszámításra.</w:t>
      </w:r>
    </w:p>
    <w:p w14:paraId="3ADB7106" w14:textId="550CA47F" w:rsidR="00403EC2" w:rsidRPr="00CA1332" w:rsidRDefault="00000000" w:rsidP="00CA1332">
      <w:pPr>
        <w:pStyle w:val="Listaszerbekezds"/>
        <w:numPr>
          <w:ilvl w:val="0"/>
          <w:numId w:val="16"/>
        </w:numPr>
        <w:rPr>
          <w:sz w:val="20"/>
          <w:szCs w:val="20"/>
        </w:rPr>
      </w:pPr>
      <w:r w:rsidRPr="00CA1332">
        <w:rPr>
          <w:sz w:val="20"/>
          <w:szCs w:val="20"/>
        </w:rPr>
        <w:t>Vásárló az aktuális szállítás díjáról a Portálon az „Áraink” fül alatt tájékozódhat. A megrendelésre érkező visszaigazoló e-mail tartalmazza a szállítási díj bruttó összegét.</w:t>
      </w:r>
      <w:r w:rsidR="00CA1332">
        <w:rPr>
          <w:sz w:val="20"/>
          <w:szCs w:val="20"/>
        </w:rPr>
        <w:br/>
      </w:r>
    </w:p>
    <w:p w14:paraId="0F8BC00F" w14:textId="36FD656D" w:rsidR="00403EC2" w:rsidRPr="00CA1332" w:rsidRDefault="00000000" w:rsidP="00CA1332">
      <w:pPr>
        <w:pStyle w:val="Listaszerbekezds"/>
        <w:numPr>
          <w:ilvl w:val="0"/>
          <w:numId w:val="16"/>
        </w:numPr>
        <w:rPr>
          <w:sz w:val="20"/>
          <w:szCs w:val="20"/>
        </w:rPr>
      </w:pPr>
      <w:r w:rsidRPr="00CA1332">
        <w:rPr>
          <w:sz w:val="20"/>
          <w:szCs w:val="20"/>
        </w:rPr>
        <w:t>A szállítási díj:</w:t>
      </w:r>
    </w:p>
    <w:p w14:paraId="480EC696" w14:textId="77777777" w:rsidR="00CA1332" w:rsidRDefault="00CA1332" w:rsidP="00CA1332">
      <w:pPr>
        <w:pStyle w:val="Listaszerbekezds"/>
        <w:ind w:left="1146"/>
        <w:rPr>
          <w:sz w:val="20"/>
          <w:szCs w:val="20"/>
        </w:rPr>
      </w:pPr>
    </w:p>
    <w:p w14:paraId="7F53C0DC" w14:textId="77281F70" w:rsidR="00403EC2" w:rsidRPr="00CA1332" w:rsidRDefault="00000000" w:rsidP="00CA1332">
      <w:pPr>
        <w:pStyle w:val="Listaszerbekezds"/>
        <w:numPr>
          <w:ilvl w:val="0"/>
          <w:numId w:val="19"/>
        </w:numPr>
        <w:rPr>
          <w:b/>
          <w:bCs/>
          <w:sz w:val="20"/>
          <w:szCs w:val="20"/>
        </w:rPr>
      </w:pPr>
      <w:r w:rsidRPr="00CA1332">
        <w:rPr>
          <w:b/>
          <w:bCs/>
          <w:sz w:val="20"/>
          <w:szCs w:val="20"/>
        </w:rPr>
        <w:t xml:space="preserve">Budapest területén 1-25 fő esetén (ki- és visszaszállítás): </w:t>
      </w:r>
      <w:r w:rsidR="00CA1332" w:rsidRPr="00CA1332">
        <w:rPr>
          <w:b/>
          <w:bCs/>
          <w:sz w:val="20"/>
          <w:szCs w:val="20"/>
        </w:rPr>
        <w:t>bruttó 5 840 Ft</w:t>
      </w:r>
    </w:p>
    <w:p w14:paraId="4B1AA7B7" w14:textId="77777777" w:rsidR="00403EC2" w:rsidRPr="00CA1332" w:rsidRDefault="00000000" w:rsidP="00CA1332">
      <w:pPr>
        <w:pStyle w:val="Listaszerbekezds"/>
        <w:numPr>
          <w:ilvl w:val="0"/>
          <w:numId w:val="19"/>
        </w:numPr>
        <w:rPr>
          <w:b/>
          <w:bCs/>
          <w:sz w:val="20"/>
          <w:szCs w:val="20"/>
        </w:rPr>
      </w:pPr>
      <w:r w:rsidRPr="00CA1332">
        <w:rPr>
          <w:b/>
          <w:bCs/>
          <w:sz w:val="20"/>
          <w:szCs w:val="20"/>
        </w:rPr>
        <w:t>Budapest területén 26 fő felett (ki- és visszaszállítás): díjmentes</w:t>
      </w:r>
    </w:p>
    <w:p w14:paraId="58A0F19E" w14:textId="709415A7" w:rsidR="00403EC2" w:rsidRPr="00CA1332" w:rsidRDefault="00000000" w:rsidP="00CA1332">
      <w:pPr>
        <w:pStyle w:val="Listaszerbekezds"/>
        <w:numPr>
          <w:ilvl w:val="0"/>
          <w:numId w:val="19"/>
        </w:numPr>
        <w:rPr>
          <w:b/>
          <w:bCs/>
          <w:sz w:val="20"/>
          <w:szCs w:val="20"/>
        </w:rPr>
      </w:pPr>
      <w:r w:rsidRPr="00CA1332">
        <w:rPr>
          <w:b/>
          <w:bCs/>
          <w:sz w:val="20"/>
          <w:szCs w:val="20"/>
        </w:rPr>
        <w:t xml:space="preserve">Budapesten kívül Magyarország területén (ki- és visszaszállítás): </w:t>
      </w:r>
      <w:r w:rsidR="00CA1332" w:rsidRPr="00CA1332">
        <w:rPr>
          <w:b/>
          <w:bCs/>
          <w:sz w:val="20"/>
          <w:szCs w:val="20"/>
        </w:rPr>
        <w:t>bruttó 6 600 Ft</w:t>
      </w:r>
    </w:p>
    <w:p w14:paraId="316227F2" w14:textId="77777777" w:rsidR="00403EC2" w:rsidRPr="00CA1332" w:rsidRDefault="00000000" w:rsidP="00CA1332">
      <w:pPr>
        <w:pStyle w:val="Listaszerbekezds"/>
        <w:numPr>
          <w:ilvl w:val="0"/>
          <w:numId w:val="19"/>
        </w:numPr>
        <w:rPr>
          <w:b/>
          <w:bCs/>
          <w:sz w:val="20"/>
          <w:szCs w:val="20"/>
        </w:rPr>
      </w:pPr>
      <w:r w:rsidRPr="00CA1332">
        <w:rPr>
          <w:b/>
          <w:bCs/>
          <w:sz w:val="20"/>
          <w:szCs w:val="20"/>
        </w:rPr>
        <w:t>Liszt Ferenc Nemzetközi Repülőtérre kiszállítást, illetve felvételt nem vállalunk.</w:t>
      </w:r>
    </w:p>
    <w:p w14:paraId="1DA337D2" w14:textId="2FDAF6DE" w:rsidR="00403EC2" w:rsidRPr="00CA1332" w:rsidRDefault="00000000" w:rsidP="00CA1332">
      <w:pPr>
        <w:pStyle w:val="Listaszerbekezds"/>
        <w:numPr>
          <w:ilvl w:val="0"/>
          <w:numId w:val="19"/>
        </w:numPr>
        <w:rPr>
          <w:b/>
          <w:bCs/>
          <w:sz w:val="20"/>
          <w:szCs w:val="20"/>
        </w:rPr>
      </w:pPr>
      <w:r w:rsidRPr="00CA1332">
        <w:rPr>
          <w:b/>
          <w:bCs/>
          <w:sz w:val="20"/>
          <w:szCs w:val="20"/>
        </w:rPr>
        <w:t xml:space="preserve">Magyarországon kívüli, de az EU területén belüli (ki- és visszaszállítás): </w:t>
      </w:r>
      <w:r w:rsidR="00CA1332" w:rsidRPr="00CA1332">
        <w:rPr>
          <w:b/>
          <w:bCs/>
          <w:sz w:val="20"/>
          <w:szCs w:val="20"/>
        </w:rPr>
        <w:t>bruttó</w:t>
      </w:r>
      <w:r w:rsidRPr="00CA1332">
        <w:rPr>
          <w:b/>
          <w:bCs/>
          <w:sz w:val="20"/>
          <w:szCs w:val="20"/>
        </w:rPr>
        <w:t xml:space="preserve"> </w:t>
      </w:r>
      <w:r w:rsidR="00CA1332" w:rsidRPr="00CA1332">
        <w:rPr>
          <w:b/>
          <w:bCs/>
          <w:sz w:val="20"/>
          <w:szCs w:val="20"/>
        </w:rPr>
        <w:t>102</w:t>
      </w:r>
      <w:r w:rsidRPr="00CA1332">
        <w:rPr>
          <w:b/>
          <w:bCs/>
          <w:sz w:val="20"/>
          <w:szCs w:val="20"/>
        </w:rPr>
        <w:t xml:space="preserve"> EUR-tól, mely a rendelt mennyiségtől, valamint a feladott csomagok számától függően változhat</w:t>
      </w:r>
      <w:r w:rsidR="00CA1332" w:rsidRPr="00CA1332">
        <w:rPr>
          <w:b/>
          <w:bCs/>
          <w:sz w:val="20"/>
          <w:szCs w:val="20"/>
        </w:rPr>
        <w:br/>
      </w:r>
    </w:p>
    <w:p w14:paraId="19A14304" w14:textId="683C4E63" w:rsidR="00403EC2" w:rsidRPr="00CA1332" w:rsidRDefault="00CF772E" w:rsidP="00CA1332">
      <w:pPr>
        <w:pStyle w:val="Listaszerbekezds"/>
        <w:numPr>
          <w:ilvl w:val="0"/>
          <w:numId w:val="16"/>
        </w:numPr>
        <w:rPr>
          <w:sz w:val="20"/>
          <w:szCs w:val="20"/>
        </w:rPr>
      </w:pPr>
      <w:r w:rsidRPr="00CF772E">
        <w:rPr>
          <w:sz w:val="20"/>
          <w:szCs w:val="20"/>
        </w:rPr>
        <w:t>A Szolgáltató a szállítási díj egyoldalú változtatásának jogát fenntartja azzal, hogy a módosítás a Portálon való megjelenéssel egyidejűleg lép hatályba. A módosítás a már megrendelt Eszközök bérleti díját nem befolyásolja</w:t>
      </w:r>
      <w:r w:rsidR="00262AEC">
        <w:rPr>
          <w:sz w:val="20"/>
          <w:szCs w:val="20"/>
        </w:rPr>
        <w:t>.</w:t>
      </w:r>
      <w:r w:rsidR="00CA1332">
        <w:rPr>
          <w:sz w:val="20"/>
          <w:szCs w:val="20"/>
        </w:rPr>
        <w:br/>
      </w:r>
    </w:p>
    <w:p w14:paraId="5A94AE1E" w14:textId="19015578" w:rsidR="00403EC2" w:rsidRPr="00CA1332" w:rsidRDefault="00000000" w:rsidP="00CA1332">
      <w:pPr>
        <w:pStyle w:val="Listaszerbekezds"/>
        <w:numPr>
          <w:ilvl w:val="0"/>
          <w:numId w:val="16"/>
        </w:numPr>
        <w:rPr>
          <w:sz w:val="20"/>
          <w:szCs w:val="20"/>
        </w:rPr>
      </w:pPr>
      <w:r w:rsidRPr="00CA1332">
        <w:rPr>
          <w:sz w:val="20"/>
          <w:szCs w:val="20"/>
        </w:rPr>
        <w:t>A Szolgáltató kiszállítást Magyarország területén, külföldi országokba az Európai Unió területén vállal.</w:t>
      </w:r>
      <w:r w:rsidR="00CA1332">
        <w:rPr>
          <w:sz w:val="20"/>
          <w:szCs w:val="20"/>
        </w:rPr>
        <w:br/>
      </w:r>
    </w:p>
    <w:p w14:paraId="14E8A18C" w14:textId="6EFF91A2" w:rsidR="00403EC2" w:rsidRPr="00CA1332" w:rsidRDefault="00000000" w:rsidP="00CA1332">
      <w:pPr>
        <w:pStyle w:val="Listaszerbekezds"/>
        <w:numPr>
          <w:ilvl w:val="0"/>
          <w:numId w:val="16"/>
        </w:numPr>
        <w:rPr>
          <w:sz w:val="20"/>
          <w:szCs w:val="20"/>
        </w:rPr>
      </w:pPr>
      <w:r w:rsidRPr="00CA1332">
        <w:rPr>
          <w:sz w:val="20"/>
          <w:szCs w:val="20"/>
        </w:rPr>
        <w:t>Külföldi szállítási cím esetén, amennyiben a kiszállítás Szolgáltatónak vagy megbízottjának aránytalanul nagy terhet vagy kockázatot jelentene, úgy Szolgáltató jogosult a szerződés teljesítésétől elállni, és köteles a Bérlő részére az esetlegesen már megfizetett bérleti díjat, költséget maradéktalanul visszafizetni.</w:t>
      </w:r>
      <w:r w:rsidR="00CA1332">
        <w:rPr>
          <w:sz w:val="20"/>
          <w:szCs w:val="20"/>
        </w:rPr>
        <w:br/>
      </w:r>
    </w:p>
    <w:p w14:paraId="3B8A39DF" w14:textId="0283F38E" w:rsidR="00403EC2" w:rsidRPr="00CA1332" w:rsidRDefault="00000000" w:rsidP="00CA1332">
      <w:pPr>
        <w:pStyle w:val="Listaszerbekezds"/>
        <w:numPr>
          <w:ilvl w:val="0"/>
          <w:numId w:val="16"/>
        </w:numPr>
        <w:rPr>
          <w:sz w:val="20"/>
          <w:szCs w:val="20"/>
        </w:rPr>
      </w:pPr>
      <w:r w:rsidRPr="00CA1332">
        <w:rPr>
          <w:sz w:val="20"/>
          <w:szCs w:val="20"/>
        </w:rPr>
        <w:t>A megrendelés visszaigazolását követően a rendelés leadása során megjelölt módon van lehetőség a megrendelt Eszközök átvételére.</w:t>
      </w:r>
      <w:r w:rsidR="00CA1332">
        <w:rPr>
          <w:sz w:val="20"/>
          <w:szCs w:val="20"/>
        </w:rPr>
        <w:br/>
      </w:r>
    </w:p>
    <w:p w14:paraId="40DAFAD3" w14:textId="7C8DB43C" w:rsidR="00403EC2" w:rsidRPr="00CA1332" w:rsidRDefault="00000000" w:rsidP="00CA1332">
      <w:pPr>
        <w:pStyle w:val="Listaszerbekezds"/>
        <w:numPr>
          <w:ilvl w:val="0"/>
          <w:numId w:val="16"/>
        </w:numPr>
        <w:rPr>
          <w:sz w:val="20"/>
          <w:szCs w:val="20"/>
        </w:rPr>
      </w:pPr>
      <w:r w:rsidRPr="00CA1332">
        <w:rPr>
          <w:sz w:val="20"/>
          <w:szCs w:val="20"/>
        </w:rPr>
        <w:t>A megrendelés Szolgáltatóhoz történő beérkezését követően a Szolgáltató ellenőrzi a megrendelés teljesíthetőségét. Amennyiben a megrendelt Eszközök bármilyen okból eredően a Bérlőnek mégsem szállítható ki a jelen ÁSZF szerinti szállítási határidőn belül, a Szolgáltató e-mailben felveszi a kapcsolatot a Bérlővel.</w:t>
      </w:r>
      <w:r w:rsidR="00CA1332">
        <w:rPr>
          <w:sz w:val="20"/>
          <w:szCs w:val="20"/>
        </w:rPr>
        <w:br/>
      </w:r>
    </w:p>
    <w:p w14:paraId="2BD55030" w14:textId="461FE15E" w:rsidR="00403EC2" w:rsidRPr="00CA1332" w:rsidRDefault="00000000" w:rsidP="00CA1332">
      <w:pPr>
        <w:pStyle w:val="Listaszerbekezds"/>
        <w:numPr>
          <w:ilvl w:val="0"/>
          <w:numId w:val="16"/>
        </w:numPr>
        <w:rPr>
          <w:sz w:val="20"/>
          <w:szCs w:val="20"/>
        </w:rPr>
      </w:pPr>
      <w:r w:rsidRPr="00CA1332">
        <w:rPr>
          <w:sz w:val="20"/>
          <w:szCs w:val="20"/>
        </w:rPr>
        <w:t>Az Eszközök kiszállításának napja és napon belüli időpontja az a dátum és időpont, amelyet a Bérlő a megrendeléskor meghatározott</w:t>
      </w:r>
      <w:r w:rsidR="00CA1332">
        <w:rPr>
          <w:sz w:val="20"/>
          <w:szCs w:val="20"/>
        </w:rPr>
        <w:t>,</w:t>
      </w:r>
      <w:r w:rsidRPr="00CA1332">
        <w:rPr>
          <w:sz w:val="20"/>
          <w:szCs w:val="20"/>
        </w:rPr>
        <w:t xml:space="preserve"> vagy amelyet a megrendelés visszaigazolását követően Szolgáltatóval közvetlenül egyeztetett.</w:t>
      </w:r>
      <w:r w:rsidR="001F08EA">
        <w:rPr>
          <w:sz w:val="20"/>
          <w:szCs w:val="20"/>
        </w:rPr>
        <w:br/>
      </w:r>
    </w:p>
    <w:p w14:paraId="31720B9E" w14:textId="43E0D046" w:rsidR="00403EC2" w:rsidRPr="001F08EA" w:rsidRDefault="00000000" w:rsidP="001F08EA">
      <w:pPr>
        <w:pStyle w:val="Listaszerbekezds"/>
        <w:numPr>
          <w:ilvl w:val="0"/>
          <w:numId w:val="16"/>
        </w:numPr>
        <w:rPr>
          <w:sz w:val="20"/>
          <w:szCs w:val="20"/>
        </w:rPr>
      </w:pPr>
      <w:r w:rsidRPr="001F08EA">
        <w:rPr>
          <w:sz w:val="20"/>
          <w:szCs w:val="20"/>
        </w:rPr>
        <w:t xml:space="preserve">A bérlésre megrendelt Eszközök az Átvételiponton a megrendelésben szereplő dátum és azon belül megjelölt időpontot követően nyitvatartási idő végéig kerülnek tárolásra, ezt követően a Szolgáltató raktározási helyére </w:t>
      </w:r>
      <w:r w:rsidRPr="001F08EA">
        <w:rPr>
          <w:sz w:val="20"/>
          <w:szCs w:val="20"/>
        </w:rPr>
        <w:lastRenderedPageBreak/>
        <w:t>kerülnek visszaszállításra. Az át nem vett Eszközöket a Szolgáltató akkor szállítja ki ismételten az Átvételipontra (legfeljebb egy ismételt alkalommal), ha a Bérlő ezt e</w:t>
      </w:r>
      <w:r w:rsidR="001F08EA">
        <w:rPr>
          <w:sz w:val="20"/>
          <w:szCs w:val="20"/>
        </w:rPr>
        <w:t>-</w:t>
      </w:r>
      <w:r w:rsidRPr="001F08EA">
        <w:rPr>
          <w:sz w:val="20"/>
          <w:szCs w:val="20"/>
        </w:rPr>
        <w:t>mailben kérelmezi. Szolgáltató fenntartja a jogot, hogy az át nem vett Eszközök későbbi átadásával kapcsolatos, azaz az ismételt kiszállítással/Átvételipontra leadással vagy bármely más módon történő kézbesítéssel, illetve a határidőben át nem vett Eszközök tárolásával kapcsolatban felmerülő valamennyi költségét Bérlővel szemben érvényesítse.</w:t>
      </w:r>
      <w:r w:rsidR="001F08EA">
        <w:rPr>
          <w:sz w:val="20"/>
          <w:szCs w:val="20"/>
        </w:rPr>
        <w:br/>
      </w:r>
    </w:p>
    <w:p w14:paraId="7F347F7E" w14:textId="7FB87626" w:rsidR="00403EC2" w:rsidRPr="001F08EA" w:rsidRDefault="00000000" w:rsidP="001F08EA">
      <w:pPr>
        <w:pStyle w:val="Listaszerbekezds"/>
        <w:numPr>
          <w:ilvl w:val="0"/>
          <w:numId w:val="16"/>
        </w:numPr>
        <w:rPr>
          <w:sz w:val="20"/>
          <w:szCs w:val="20"/>
        </w:rPr>
      </w:pPr>
      <w:r w:rsidRPr="001F08EA">
        <w:rPr>
          <w:sz w:val="20"/>
          <w:szCs w:val="20"/>
        </w:rPr>
        <w:t>Amennyiben Bérlő a megrendelés leadása során a futárral történő kiszállítást választja, olyan szállítási címet köteles megadni, ahol tartózkodik valaki, aki a csomag átvételére jogosult. A számlázási címnek nem kell megegyeznie a szállítási címmel. Az Eszköz bérlésről kiállított elektronikus számla a megrendelés során regisztrált e-mail címre kerül kiküldésre. Ha a futár érkezésekor nincs, aki átvegye a megrendelt Eszközöket a küldeményt visszaszállítja az Szolgáltatóhoz A futár szükség esetén felveszi Bérlővel a kapcsolatot a megrendelés leadásakor megadott telefonszámon.</w:t>
      </w:r>
      <w:r w:rsidR="001F08EA">
        <w:rPr>
          <w:sz w:val="20"/>
          <w:szCs w:val="20"/>
        </w:rPr>
        <w:br/>
      </w:r>
    </w:p>
    <w:p w14:paraId="1C0BEF79" w14:textId="3F6ED27D" w:rsidR="00403EC2" w:rsidRPr="001F08EA" w:rsidRDefault="00000000" w:rsidP="001F08EA">
      <w:pPr>
        <w:pStyle w:val="Listaszerbekezds"/>
        <w:numPr>
          <w:ilvl w:val="0"/>
          <w:numId w:val="16"/>
        </w:numPr>
        <w:rPr>
          <w:sz w:val="20"/>
          <w:szCs w:val="20"/>
        </w:rPr>
      </w:pPr>
      <w:r w:rsidRPr="001F08EA">
        <w:rPr>
          <w:sz w:val="20"/>
          <w:szCs w:val="20"/>
        </w:rPr>
        <w:t>A Bérlő a Portálon vagy e-mailen megrendelt Eszközök bérleti díját és szállítási díját banki utalással vagy az átadás-vételkor készpénzzel egyenlítheti ki.</w:t>
      </w:r>
      <w:r w:rsidR="001F08EA">
        <w:rPr>
          <w:sz w:val="20"/>
          <w:szCs w:val="20"/>
        </w:rPr>
        <w:br/>
      </w:r>
    </w:p>
    <w:p w14:paraId="10EEC19D" w14:textId="6AC9FE3E" w:rsidR="00403EC2" w:rsidRPr="001F08EA" w:rsidRDefault="00000000" w:rsidP="001F08EA">
      <w:pPr>
        <w:pStyle w:val="Listaszerbekezds"/>
        <w:numPr>
          <w:ilvl w:val="0"/>
          <w:numId w:val="16"/>
        </w:numPr>
        <w:rPr>
          <w:sz w:val="20"/>
          <w:szCs w:val="20"/>
        </w:rPr>
      </w:pPr>
      <w:r w:rsidRPr="001F08EA">
        <w:rPr>
          <w:sz w:val="20"/>
          <w:szCs w:val="20"/>
        </w:rPr>
        <w:t xml:space="preserve">A termék ellenértékéről a teljesítést követő </w:t>
      </w:r>
      <w:r w:rsidR="001F08EA">
        <w:rPr>
          <w:sz w:val="20"/>
          <w:szCs w:val="20"/>
        </w:rPr>
        <w:t>8</w:t>
      </w:r>
      <w:r w:rsidRPr="001F08EA">
        <w:rPr>
          <w:sz w:val="20"/>
          <w:szCs w:val="20"/>
        </w:rPr>
        <w:t xml:space="preserve"> (</w:t>
      </w:r>
      <w:r w:rsidR="001F08EA">
        <w:rPr>
          <w:sz w:val="20"/>
          <w:szCs w:val="20"/>
        </w:rPr>
        <w:t>nyolc</w:t>
      </w:r>
      <w:r w:rsidRPr="001F08EA">
        <w:rPr>
          <w:sz w:val="20"/>
          <w:szCs w:val="20"/>
        </w:rPr>
        <w:t>) munkanapon belül a Szolgáltató elektronikus számlát állít ki, melyet a Bérlő megadott e-mailcímére megküld, készpénzes fizetés esetén a Bérlő vagy képviselője részére fizetéskor átad.</w:t>
      </w:r>
    </w:p>
    <w:p w14:paraId="3286508B" w14:textId="77777777" w:rsidR="00403EC2" w:rsidRPr="004B66D1" w:rsidRDefault="00403EC2" w:rsidP="00197924">
      <w:pPr>
        <w:ind w:left="426"/>
        <w:rPr>
          <w:sz w:val="20"/>
          <w:szCs w:val="20"/>
        </w:rPr>
      </w:pPr>
    </w:p>
    <w:p w14:paraId="65CCBA49" w14:textId="77777777" w:rsidR="00403EC2" w:rsidRPr="001F08EA" w:rsidRDefault="00000000" w:rsidP="00197924">
      <w:pPr>
        <w:ind w:left="426"/>
        <w:rPr>
          <w:b/>
          <w:bCs/>
          <w:sz w:val="20"/>
          <w:szCs w:val="20"/>
        </w:rPr>
      </w:pPr>
      <w:r w:rsidRPr="001F08EA">
        <w:rPr>
          <w:b/>
          <w:bCs/>
          <w:sz w:val="20"/>
          <w:szCs w:val="20"/>
        </w:rPr>
        <w:t>Eszközök átadása-visszaadása</w:t>
      </w:r>
    </w:p>
    <w:p w14:paraId="7A1381E5" w14:textId="1E63ED0A" w:rsidR="00403EC2" w:rsidRPr="001F08EA" w:rsidRDefault="00000000" w:rsidP="001F08EA">
      <w:pPr>
        <w:pStyle w:val="Listaszerbekezds"/>
        <w:numPr>
          <w:ilvl w:val="0"/>
          <w:numId w:val="16"/>
        </w:numPr>
        <w:rPr>
          <w:sz w:val="20"/>
          <w:szCs w:val="20"/>
        </w:rPr>
      </w:pPr>
      <w:r w:rsidRPr="001F08EA">
        <w:rPr>
          <w:sz w:val="20"/>
          <w:szCs w:val="20"/>
        </w:rPr>
        <w:t>Felek az Eszközök átadását és átvételét a fuvarlevél aláírásával feltétlenül és visszavonhatatlanul elismerik és nyugtázzák. Felek rögzítik, hogy a kárveszély viselése az Eszközök tekintetében az átvétellel Bérlőre száll át.</w:t>
      </w:r>
      <w:r w:rsidR="001F08EA">
        <w:rPr>
          <w:sz w:val="20"/>
          <w:szCs w:val="20"/>
        </w:rPr>
        <w:br/>
      </w:r>
    </w:p>
    <w:p w14:paraId="596B264D" w14:textId="44E5C644" w:rsidR="00403EC2" w:rsidRPr="001F08EA" w:rsidRDefault="00000000" w:rsidP="001F08EA">
      <w:pPr>
        <w:pStyle w:val="Listaszerbekezds"/>
        <w:numPr>
          <w:ilvl w:val="0"/>
          <w:numId w:val="16"/>
        </w:numPr>
        <w:rPr>
          <w:sz w:val="20"/>
          <w:szCs w:val="20"/>
        </w:rPr>
      </w:pPr>
      <w:r w:rsidRPr="001F08EA">
        <w:rPr>
          <w:sz w:val="20"/>
          <w:szCs w:val="20"/>
        </w:rPr>
        <w:t>Felek rögzítik, hogy az Eszközöket Bérlő a megrendelésben megjelölt napon köteles Bérbeadó részére visszaadni az átvételkori állapottal egyező állapotban a megrendelésben meghatározott helyszínen és időben (kivéve az egyszer használatos fülhallgatókat, melyet Bérlő nem köteles visszaadni a Bérbeadónak).</w:t>
      </w:r>
      <w:r w:rsidR="001F08EA">
        <w:rPr>
          <w:sz w:val="20"/>
          <w:szCs w:val="20"/>
        </w:rPr>
        <w:br/>
      </w:r>
    </w:p>
    <w:p w14:paraId="7EA93867" w14:textId="3253DC15" w:rsidR="00403EC2" w:rsidRPr="001F08EA" w:rsidRDefault="00000000" w:rsidP="001F08EA">
      <w:pPr>
        <w:pStyle w:val="Listaszerbekezds"/>
        <w:numPr>
          <w:ilvl w:val="0"/>
          <w:numId w:val="16"/>
        </w:numPr>
        <w:rPr>
          <w:sz w:val="20"/>
          <w:szCs w:val="20"/>
        </w:rPr>
      </w:pPr>
      <w:r w:rsidRPr="001F08EA">
        <w:rPr>
          <w:sz w:val="20"/>
          <w:szCs w:val="20"/>
        </w:rPr>
        <w:t>Felek rögzítik, hogy a Felek közötti bérleti jogviszony a megrendelés visszaigazolásától az Eszközök Bérlő által megjelölt visszaadási időpontig szóló határozott időre, a megrendelés visszaigazolását követően jön létre.</w:t>
      </w:r>
    </w:p>
    <w:p w14:paraId="3CE5BEDB" w14:textId="77777777" w:rsidR="00403EC2" w:rsidRPr="004B66D1" w:rsidRDefault="00403EC2" w:rsidP="00197924">
      <w:pPr>
        <w:ind w:left="426"/>
        <w:rPr>
          <w:sz w:val="20"/>
          <w:szCs w:val="20"/>
        </w:rPr>
      </w:pPr>
    </w:p>
    <w:p w14:paraId="54D79FB7" w14:textId="77777777" w:rsidR="00403EC2" w:rsidRPr="001F08EA" w:rsidRDefault="00000000" w:rsidP="00197924">
      <w:pPr>
        <w:ind w:left="426"/>
        <w:rPr>
          <w:b/>
          <w:bCs/>
          <w:sz w:val="20"/>
          <w:szCs w:val="20"/>
        </w:rPr>
      </w:pPr>
      <w:r w:rsidRPr="001F08EA">
        <w:rPr>
          <w:b/>
          <w:bCs/>
          <w:sz w:val="20"/>
          <w:szCs w:val="20"/>
        </w:rPr>
        <w:t>Bérlő kötelezettségei</w:t>
      </w:r>
    </w:p>
    <w:p w14:paraId="6F17063F" w14:textId="74CEA857" w:rsidR="00403EC2" w:rsidRPr="001F08EA" w:rsidRDefault="00000000" w:rsidP="001F08EA">
      <w:pPr>
        <w:pStyle w:val="Listaszerbekezds"/>
        <w:numPr>
          <w:ilvl w:val="0"/>
          <w:numId w:val="16"/>
        </w:numPr>
        <w:rPr>
          <w:sz w:val="20"/>
          <w:szCs w:val="20"/>
        </w:rPr>
      </w:pPr>
      <w:r w:rsidRPr="001F08EA">
        <w:rPr>
          <w:sz w:val="20"/>
          <w:szCs w:val="20"/>
        </w:rPr>
        <w:t>Bérlő az Eszközöket tartalmazó bőröndöt</w:t>
      </w:r>
      <w:r w:rsidR="001F08EA">
        <w:rPr>
          <w:sz w:val="20"/>
          <w:szCs w:val="20"/>
        </w:rPr>
        <w:t>, vászontáskát</w:t>
      </w:r>
      <w:r w:rsidRPr="001F08EA">
        <w:rPr>
          <w:sz w:val="20"/>
          <w:szCs w:val="20"/>
        </w:rPr>
        <w:t xml:space="preserve"> vagy hátizsákot az Eszközökkel együtt kiváló állapotban, hiánymentesen átveszi, és azokat rendeltetésszerűen köteles használni. A Bérlő a megrendelés során előzetesen ismertetett hazaérkezés napján köteles a Bérbeadót - lehetőleg 3-4 órával a hazaérkezés előtt - értesíteni az Eszközök visszaadásának/visszavételének pontos helyéről és idejéről.</w:t>
      </w:r>
      <w:r w:rsidR="001F08EA">
        <w:rPr>
          <w:sz w:val="20"/>
          <w:szCs w:val="20"/>
        </w:rPr>
        <w:br/>
      </w:r>
    </w:p>
    <w:p w14:paraId="615785C3" w14:textId="1A14CD73" w:rsidR="00403EC2" w:rsidRPr="001F08EA" w:rsidRDefault="00000000" w:rsidP="001F08EA">
      <w:pPr>
        <w:pStyle w:val="Listaszerbekezds"/>
        <w:numPr>
          <w:ilvl w:val="0"/>
          <w:numId w:val="16"/>
        </w:numPr>
        <w:rPr>
          <w:sz w:val="20"/>
          <w:szCs w:val="20"/>
        </w:rPr>
      </w:pPr>
      <w:r w:rsidRPr="001F08EA">
        <w:rPr>
          <w:sz w:val="20"/>
          <w:szCs w:val="20"/>
        </w:rPr>
        <w:t>A Bérlő tudomásul veszi, hogy az Eszközökre szigorúan tilos bármilyen matrica felragasztása (fotó/kamera engedélyek, csoport jelek stb.). Ezen szabály megsértése az Eszközök szándékos megrongálását jelenti, mely után nettó 50 € (ötven euró) szerződésszegési kötbér fizetendő készülékenként.</w:t>
      </w:r>
      <w:r w:rsidR="001F08EA">
        <w:rPr>
          <w:sz w:val="20"/>
          <w:szCs w:val="20"/>
        </w:rPr>
        <w:br/>
      </w:r>
    </w:p>
    <w:p w14:paraId="75B372D0" w14:textId="07424308" w:rsidR="00403EC2" w:rsidRPr="001F08EA" w:rsidRDefault="00000000" w:rsidP="001F08EA">
      <w:pPr>
        <w:pStyle w:val="Listaszerbekezds"/>
        <w:numPr>
          <w:ilvl w:val="0"/>
          <w:numId w:val="16"/>
        </w:numPr>
        <w:rPr>
          <w:sz w:val="20"/>
          <w:szCs w:val="20"/>
        </w:rPr>
      </w:pPr>
      <w:r w:rsidRPr="001F08EA">
        <w:rPr>
          <w:sz w:val="20"/>
          <w:szCs w:val="20"/>
        </w:rPr>
        <w:t>Bérlő köteles gondoskodni az Eszközök Szolgáltató számára történő hiánytalan visszaszállításáról. A Szolgáltató által megállapított hiányt a Bérlő minden esetben köteles elfogadni.</w:t>
      </w:r>
    </w:p>
    <w:p w14:paraId="004881C3" w14:textId="77777777" w:rsidR="00403EC2" w:rsidRPr="004B66D1" w:rsidRDefault="00403EC2" w:rsidP="00197924">
      <w:pPr>
        <w:ind w:left="426"/>
        <w:rPr>
          <w:sz w:val="20"/>
          <w:szCs w:val="20"/>
        </w:rPr>
      </w:pPr>
    </w:p>
    <w:p w14:paraId="78A6D467" w14:textId="77777777" w:rsidR="00403EC2" w:rsidRPr="001F08EA" w:rsidRDefault="00000000" w:rsidP="00197924">
      <w:pPr>
        <w:ind w:left="426"/>
        <w:rPr>
          <w:b/>
          <w:bCs/>
          <w:sz w:val="20"/>
          <w:szCs w:val="20"/>
        </w:rPr>
      </w:pPr>
      <w:r w:rsidRPr="001F08EA">
        <w:rPr>
          <w:b/>
          <w:bCs/>
          <w:sz w:val="20"/>
          <w:szCs w:val="20"/>
        </w:rPr>
        <w:t>Szolgáltató (jelen pontban: Bérbeadó) kötelezettségei</w:t>
      </w:r>
    </w:p>
    <w:p w14:paraId="332F66F6" w14:textId="71ADF876" w:rsidR="00403EC2" w:rsidRPr="001F08EA" w:rsidRDefault="00000000" w:rsidP="001F08EA">
      <w:pPr>
        <w:pStyle w:val="Listaszerbekezds"/>
        <w:numPr>
          <w:ilvl w:val="0"/>
          <w:numId w:val="16"/>
        </w:numPr>
        <w:rPr>
          <w:sz w:val="20"/>
          <w:szCs w:val="20"/>
        </w:rPr>
      </w:pPr>
      <w:r w:rsidRPr="001F08EA">
        <w:rPr>
          <w:sz w:val="20"/>
          <w:szCs w:val="20"/>
        </w:rPr>
        <w:lastRenderedPageBreak/>
        <w:t>Bérbeadó vállalja, hogy a következő Eszközöket biztosítja a Bérlőnek:</w:t>
      </w:r>
    </w:p>
    <w:p w14:paraId="3C8DB0AD" w14:textId="204021E9" w:rsidR="00403EC2" w:rsidRPr="001F08EA" w:rsidRDefault="00000000" w:rsidP="001F08EA">
      <w:pPr>
        <w:pStyle w:val="Listaszerbekezds"/>
        <w:numPr>
          <w:ilvl w:val="0"/>
          <w:numId w:val="21"/>
        </w:numPr>
        <w:rPr>
          <w:sz w:val="20"/>
          <w:szCs w:val="20"/>
        </w:rPr>
      </w:pPr>
      <w:r w:rsidRPr="001F08EA">
        <w:rPr>
          <w:sz w:val="20"/>
          <w:szCs w:val="20"/>
        </w:rPr>
        <w:t>Igényelt darabszámú adókészülék + 1 darab extra (TX) mikrofonnal</w:t>
      </w:r>
    </w:p>
    <w:p w14:paraId="22BFB75D" w14:textId="41F94241" w:rsidR="00403EC2" w:rsidRPr="001F08EA" w:rsidRDefault="00000000" w:rsidP="001F08EA">
      <w:pPr>
        <w:pStyle w:val="Listaszerbekezds"/>
        <w:numPr>
          <w:ilvl w:val="0"/>
          <w:numId w:val="21"/>
        </w:numPr>
        <w:rPr>
          <w:sz w:val="20"/>
          <w:szCs w:val="20"/>
        </w:rPr>
      </w:pPr>
      <w:r w:rsidRPr="001F08EA">
        <w:rPr>
          <w:sz w:val="20"/>
          <w:szCs w:val="20"/>
        </w:rPr>
        <w:t>Tartalék elemek</w:t>
      </w:r>
    </w:p>
    <w:p w14:paraId="2FEA2E72" w14:textId="1181A7BC" w:rsidR="00403EC2" w:rsidRPr="001F08EA" w:rsidRDefault="00000000" w:rsidP="001F08EA">
      <w:pPr>
        <w:pStyle w:val="Listaszerbekezds"/>
        <w:numPr>
          <w:ilvl w:val="0"/>
          <w:numId w:val="21"/>
        </w:numPr>
        <w:rPr>
          <w:sz w:val="20"/>
          <w:szCs w:val="20"/>
        </w:rPr>
      </w:pPr>
      <w:r w:rsidRPr="001F08EA">
        <w:rPr>
          <w:sz w:val="20"/>
          <w:szCs w:val="20"/>
        </w:rPr>
        <w:t>Igényelt darabszámú vevőkészülék + 2 db extra (20 készülékszám alatt), ~10% extra (25 db vagy a fölött megrendelt készülékszám esetén)</w:t>
      </w:r>
    </w:p>
    <w:p w14:paraId="4604A614" w14:textId="5BC47250" w:rsidR="00403EC2" w:rsidRPr="001F08EA" w:rsidRDefault="00000000" w:rsidP="001F08EA">
      <w:pPr>
        <w:pStyle w:val="Listaszerbekezds"/>
        <w:numPr>
          <w:ilvl w:val="0"/>
          <w:numId w:val="21"/>
        </w:numPr>
        <w:rPr>
          <w:sz w:val="20"/>
          <w:szCs w:val="20"/>
        </w:rPr>
      </w:pPr>
      <w:r w:rsidRPr="001F08EA">
        <w:rPr>
          <w:sz w:val="20"/>
          <w:szCs w:val="20"/>
        </w:rPr>
        <w:t>Egyszerhasználatos fülhallgatóból a megrendelt készülékszám + 10 % extra kerül átadásra</w:t>
      </w:r>
    </w:p>
    <w:p w14:paraId="3B641EDD" w14:textId="26AAA035" w:rsidR="00403EC2" w:rsidRPr="001F08EA" w:rsidRDefault="00000000" w:rsidP="001F08EA">
      <w:pPr>
        <w:pStyle w:val="Listaszerbekezds"/>
        <w:numPr>
          <w:ilvl w:val="0"/>
          <w:numId w:val="21"/>
        </w:numPr>
        <w:rPr>
          <w:sz w:val="20"/>
          <w:szCs w:val="20"/>
        </w:rPr>
      </w:pPr>
      <w:r w:rsidRPr="001F08EA">
        <w:rPr>
          <w:sz w:val="20"/>
          <w:szCs w:val="20"/>
        </w:rPr>
        <w:t>Készülékeket tartalmazó TGS bőrönd vagy TGS hátizsák</w:t>
      </w:r>
    </w:p>
    <w:p w14:paraId="0B00D6B6" w14:textId="77777777" w:rsidR="00403EC2" w:rsidRPr="004B66D1" w:rsidRDefault="00403EC2" w:rsidP="00197924">
      <w:pPr>
        <w:ind w:left="426"/>
        <w:rPr>
          <w:sz w:val="20"/>
          <w:szCs w:val="20"/>
        </w:rPr>
      </w:pPr>
    </w:p>
    <w:p w14:paraId="3A39B01A" w14:textId="2FD655BE" w:rsidR="00403EC2" w:rsidRPr="001F08EA" w:rsidRDefault="00000000" w:rsidP="001F08EA">
      <w:pPr>
        <w:pStyle w:val="Listaszerbekezds"/>
        <w:numPr>
          <w:ilvl w:val="0"/>
          <w:numId w:val="16"/>
        </w:numPr>
        <w:rPr>
          <w:sz w:val="20"/>
          <w:szCs w:val="20"/>
        </w:rPr>
      </w:pPr>
      <w:r w:rsidRPr="001F08EA">
        <w:rPr>
          <w:sz w:val="20"/>
          <w:szCs w:val="20"/>
        </w:rPr>
        <w:t>Bérbeadó kizárólag a Bérlő által igényelt Eszközöket számlázza ki a Bérlő felé, a plusz készülékek díját nem, azok biztonsági tartalékok. Az elhasznált (egyszerhasználatos) fülhallgatók az utasoknál maradnak, azokat a Bérbeadó részére nem kell visszaszolgáltatni.</w:t>
      </w:r>
      <w:r w:rsidR="001F08EA">
        <w:rPr>
          <w:sz w:val="20"/>
          <w:szCs w:val="20"/>
        </w:rPr>
        <w:br/>
      </w:r>
    </w:p>
    <w:p w14:paraId="5225A0D3" w14:textId="0371BE82" w:rsidR="00403EC2" w:rsidRPr="001F08EA" w:rsidRDefault="00000000" w:rsidP="001F08EA">
      <w:pPr>
        <w:pStyle w:val="Listaszerbekezds"/>
        <w:numPr>
          <w:ilvl w:val="0"/>
          <w:numId w:val="16"/>
        </w:numPr>
        <w:rPr>
          <w:sz w:val="20"/>
          <w:szCs w:val="20"/>
        </w:rPr>
      </w:pPr>
      <w:r w:rsidRPr="001F08EA">
        <w:rPr>
          <w:sz w:val="20"/>
          <w:szCs w:val="20"/>
        </w:rPr>
        <w:t>Abban az esetben, ha az egyszer használatos fülhallgatókból több kerül megrendelésre, mint az adókészülékből, úgy a megrendelt egyszer használatos fülhallgatók száma alapján kerül az összeg kiszámlázásra.</w:t>
      </w:r>
      <w:r w:rsidR="001F08EA">
        <w:rPr>
          <w:sz w:val="20"/>
          <w:szCs w:val="20"/>
        </w:rPr>
        <w:br/>
      </w:r>
    </w:p>
    <w:p w14:paraId="08978E28" w14:textId="4066768F" w:rsidR="00403EC2" w:rsidRPr="001F08EA" w:rsidRDefault="00000000" w:rsidP="001F08EA">
      <w:pPr>
        <w:pStyle w:val="Listaszerbekezds"/>
        <w:numPr>
          <w:ilvl w:val="0"/>
          <w:numId w:val="16"/>
        </w:numPr>
        <w:rPr>
          <w:sz w:val="20"/>
          <w:szCs w:val="20"/>
        </w:rPr>
      </w:pPr>
      <w:r w:rsidRPr="001F08EA">
        <w:rPr>
          <w:sz w:val="20"/>
          <w:szCs w:val="20"/>
        </w:rPr>
        <w:t xml:space="preserve">A megrendelésben rögzített előzetes igény esetén Bérbeadó a nagyothalló utasok részére AM1 </w:t>
      </w:r>
      <w:r w:rsidR="001F08EA" w:rsidRPr="001F08EA">
        <w:rPr>
          <w:sz w:val="20"/>
          <w:szCs w:val="20"/>
        </w:rPr>
        <w:t>típusú</w:t>
      </w:r>
      <w:r w:rsidRPr="001F08EA">
        <w:rPr>
          <w:sz w:val="20"/>
          <w:szCs w:val="20"/>
        </w:rPr>
        <w:t xml:space="preserve"> fülhallgatót biztosít felár ellenében, melynek díja darabonként </w:t>
      </w:r>
      <w:r w:rsidR="001F08EA">
        <w:rPr>
          <w:sz w:val="20"/>
          <w:szCs w:val="20"/>
        </w:rPr>
        <w:t xml:space="preserve">bruttó </w:t>
      </w:r>
      <w:r w:rsidRPr="001F08EA">
        <w:rPr>
          <w:sz w:val="20"/>
          <w:szCs w:val="20"/>
        </w:rPr>
        <w:t>1</w:t>
      </w:r>
      <w:r w:rsidR="001F08EA">
        <w:rPr>
          <w:sz w:val="20"/>
          <w:szCs w:val="20"/>
        </w:rPr>
        <w:t xml:space="preserve"> 350</w:t>
      </w:r>
      <w:r w:rsidRPr="001F08EA">
        <w:rPr>
          <w:sz w:val="20"/>
          <w:szCs w:val="20"/>
        </w:rPr>
        <w:t xml:space="preserve"> </w:t>
      </w:r>
      <w:r w:rsidR="001F08EA">
        <w:rPr>
          <w:sz w:val="20"/>
          <w:szCs w:val="20"/>
        </w:rPr>
        <w:t>F</w:t>
      </w:r>
      <w:r w:rsidRPr="001F08EA">
        <w:rPr>
          <w:sz w:val="20"/>
          <w:szCs w:val="20"/>
        </w:rPr>
        <w:t>t</w:t>
      </w:r>
      <w:r w:rsidR="001F08EA">
        <w:rPr>
          <w:sz w:val="20"/>
          <w:szCs w:val="20"/>
        </w:rPr>
        <w:t xml:space="preserve">, </w:t>
      </w:r>
      <w:r w:rsidRPr="001F08EA">
        <w:rPr>
          <w:sz w:val="20"/>
          <w:szCs w:val="20"/>
        </w:rPr>
        <w:t xml:space="preserve">vagy </w:t>
      </w:r>
      <w:r w:rsidR="001F08EA">
        <w:rPr>
          <w:sz w:val="20"/>
          <w:szCs w:val="20"/>
        </w:rPr>
        <w:t>bruttó 3</w:t>
      </w:r>
      <w:r w:rsidRPr="001F08EA">
        <w:rPr>
          <w:sz w:val="20"/>
          <w:szCs w:val="20"/>
        </w:rPr>
        <w:t>,5€ / darab.</w:t>
      </w:r>
      <w:r w:rsidR="001F08EA">
        <w:rPr>
          <w:sz w:val="20"/>
          <w:szCs w:val="20"/>
        </w:rPr>
        <w:br/>
      </w:r>
    </w:p>
    <w:p w14:paraId="39353D4B" w14:textId="44A221AC" w:rsidR="00403EC2" w:rsidRPr="001F08EA" w:rsidRDefault="00000000" w:rsidP="001F08EA">
      <w:pPr>
        <w:pStyle w:val="Listaszerbekezds"/>
        <w:numPr>
          <w:ilvl w:val="0"/>
          <w:numId w:val="16"/>
        </w:numPr>
        <w:rPr>
          <w:sz w:val="20"/>
          <w:szCs w:val="20"/>
        </w:rPr>
      </w:pPr>
      <w:r w:rsidRPr="001F08EA">
        <w:rPr>
          <w:sz w:val="20"/>
          <w:szCs w:val="20"/>
        </w:rPr>
        <w:t>Bérbeadó vállalja, hogy az Eszközöket kifogástalan állapotban, új elemekkel adja át a Bérlőnek. A Bérbeadó a csoport indulása előtt minden információt átad a csoportot vezető idegenvezetőnek, és telefonon keresztül sürgős esetekre telefonos asszisztenciát biztosít (+36 30</w:t>
      </w:r>
      <w:r w:rsidR="001F08EA">
        <w:rPr>
          <w:sz w:val="20"/>
          <w:szCs w:val="20"/>
        </w:rPr>
        <w:t> 520 35 43</w:t>
      </w:r>
      <w:r w:rsidRPr="001F08EA">
        <w:rPr>
          <w:sz w:val="20"/>
          <w:szCs w:val="20"/>
        </w:rPr>
        <w:t>).</w:t>
      </w:r>
    </w:p>
    <w:p w14:paraId="4A7D38E4" w14:textId="77777777" w:rsidR="00403EC2" w:rsidRPr="001F08EA" w:rsidRDefault="00403EC2" w:rsidP="00197924">
      <w:pPr>
        <w:ind w:left="426"/>
        <w:rPr>
          <w:sz w:val="20"/>
          <w:szCs w:val="20"/>
        </w:rPr>
      </w:pPr>
    </w:p>
    <w:p w14:paraId="40FC6A14" w14:textId="77777777" w:rsidR="00403EC2" w:rsidRPr="001F08EA" w:rsidRDefault="00000000" w:rsidP="00197924">
      <w:pPr>
        <w:ind w:left="426"/>
        <w:rPr>
          <w:b/>
          <w:bCs/>
          <w:sz w:val="20"/>
          <w:szCs w:val="20"/>
        </w:rPr>
      </w:pPr>
      <w:r w:rsidRPr="001F08EA">
        <w:rPr>
          <w:b/>
          <w:bCs/>
          <w:sz w:val="20"/>
          <w:szCs w:val="20"/>
        </w:rPr>
        <w:t>Bérleti díj</w:t>
      </w:r>
    </w:p>
    <w:p w14:paraId="2E7E66A5" w14:textId="253733DE" w:rsidR="00403EC2" w:rsidRPr="001F08EA" w:rsidRDefault="00000000" w:rsidP="001F08EA">
      <w:pPr>
        <w:pStyle w:val="Listaszerbekezds"/>
        <w:numPr>
          <w:ilvl w:val="0"/>
          <w:numId w:val="16"/>
        </w:numPr>
        <w:rPr>
          <w:sz w:val="20"/>
          <w:szCs w:val="20"/>
        </w:rPr>
      </w:pPr>
      <w:r w:rsidRPr="001F08EA">
        <w:rPr>
          <w:sz w:val="20"/>
          <w:szCs w:val="20"/>
        </w:rPr>
        <w:t>Az aktuális bérleti díjakról a Felhasználó, illetve a Bérlő a Portál „Díjaink” fül alatt tájékozódhat.</w:t>
      </w:r>
      <w:r w:rsidR="001F08EA">
        <w:rPr>
          <w:sz w:val="20"/>
          <w:szCs w:val="20"/>
        </w:rPr>
        <w:br/>
      </w:r>
    </w:p>
    <w:p w14:paraId="42349890" w14:textId="020379AB" w:rsidR="00403EC2" w:rsidRPr="001F08EA" w:rsidRDefault="00000000" w:rsidP="001F08EA">
      <w:pPr>
        <w:pStyle w:val="Listaszerbekezds"/>
        <w:numPr>
          <w:ilvl w:val="0"/>
          <w:numId w:val="22"/>
        </w:numPr>
        <w:rPr>
          <w:b/>
          <w:bCs/>
          <w:sz w:val="20"/>
          <w:szCs w:val="20"/>
        </w:rPr>
      </w:pPr>
      <w:r w:rsidRPr="001F08EA">
        <w:rPr>
          <w:b/>
          <w:bCs/>
          <w:sz w:val="20"/>
          <w:szCs w:val="20"/>
        </w:rPr>
        <w:t xml:space="preserve">Rövid távú bérlés (1-3 nap esetén): </w:t>
      </w:r>
      <w:r w:rsidR="001F08EA">
        <w:rPr>
          <w:b/>
          <w:bCs/>
          <w:sz w:val="20"/>
          <w:szCs w:val="20"/>
        </w:rPr>
        <w:t xml:space="preserve">bruttó 750 Ft </w:t>
      </w:r>
      <w:r w:rsidRPr="001F08EA">
        <w:rPr>
          <w:b/>
          <w:bCs/>
          <w:sz w:val="20"/>
          <w:szCs w:val="20"/>
        </w:rPr>
        <w:t>/ fő/nap</w:t>
      </w:r>
    </w:p>
    <w:p w14:paraId="76CDB73B" w14:textId="7D77C45C" w:rsidR="00403EC2" w:rsidRPr="001F08EA" w:rsidRDefault="00000000" w:rsidP="001F08EA">
      <w:pPr>
        <w:pStyle w:val="Listaszerbekezds"/>
        <w:numPr>
          <w:ilvl w:val="0"/>
          <w:numId w:val="22"/>
        </w:numPr>
        <w:rPr>
          <w:b/>
          <w:bCs/>
          <w:sz w:val="20"/>
          <w:szCs w:val="20"/>
        </w:rPr>
      </w:pPr>
      <w:r w:rsidRPr="001F08EA">
        <w:rPr>
          <w:b/>
          <w:bCs/>
          <w:sz w:val="20"/>
          <w:szCs w:val="20"/>
        </w:rPr>
        <w:t xml:space="preserve">Hosszú távú bérlés (4. naptól): </w:t>
      </w:r>
      <w:r w:rsidR="00857ED1">
        <w:rPr>
          <w:b/>
          <w:bCs/>
          <w:sz w:val="20"/>
          <w:szCs w:val="20"/>
        </w:rPr>
        <w:t xml:space="preserve">bruttó 680 Ft </w:t>
      </w:r>
      <w:r w:rsidRPr="001F08EA">
        <w:rPr>
          <w:b/>
          <w:bCs/>
          <w:sz w:val="20"/>
          <w:szCs w:val="20"/>
        </w:rPr>
        <w:t xml:space="preserve">/ fő/nap </w:t>
      </w:r>
      <w:r w:rsidR="00857ED1">
        <w:rPr>
          <w:b/>
          <w:bCs/>
          <w:sz w:val="20"/>
          <w:szCs w:val="20"/>
        </w:rPr>
        <w:br/>
      </w:r>
      <w:r w:rsidRPr="001F08EA">
        <w:rPr>
          <w:b/>
          <w:bCs/>
          <w:sz w:val="20"/>
          <w:szCs w:val="20"/>
        </w:rPr>
        <w:t>Valamint euróban történő fizetés esetén:</w:t>
      </w:r>
    </w:p>
    <w:p w14:paraId="4CFB5A5A" w14:textId="39981C27" w:rsidR="00403EC2" w:rsidRPr="001F08EA" w:rsidRDefault="00000000" w:rsidP="001F08EA">
      <w:pPr>
        <w:pStyle w:val="Listaszerbekezds"/>
        <w:numPr>
          <w:ilvl w:val="0"/>
          <w:numId w:val="22"/>
        </w:numPr>
        <w:rPr>
          <w:b/>
          <w:bCs/>
          <w:sz w:val="20"/>
          <w:szCs w:val="20"/>
        </w:rPr>
      </w:pPr>
      <w:r w:rsidRPr="001F08EA">
        <w:rPr>
          <w:b/>
          <w:bCs/>
          <w:sz w:val="20"/>
          <w:szCs w:val="20"/>
        </w:rPr>
        <w:t xml:space="preserve">Rövid távú bérlés (1-3 nap esetén): </w:t>
      </w:r>
      <w:r w:rsidR="00857ED1">
        <w:rPr>
          <w:b/>
          <w:bCs/>
          <w:sz w:val="20"/>
          <w:szCs w:val="20"/>
        </w:rPr>
        <w:t>bruttó 2,6 EUR</w:t>
      </w:r>
      <w:r w:rsidRPr="001F08EA">
        <w:rPr>
          <w:b/>
          <w:bCs/>
          <w:sz w:val="20"/>
          <w:szCs w:val="20"/>
        </w:rPr>
        <w:t>/ fő/nap</w:t>
      </w:r>
    </w:p>
    <w:p w14:paraId="36F1A22F" w14:textId="350E74A3" w:rsidR="00403EC2" w:rsidRPr="00857ED1" w:rsidRDefault="00000000" w:rsidP="00857ED1">
      <w:pPr>
        <w:pStyle w:val="Listaszerbekezds"/>
        <w:numPr>
          <w:ilvl w:val="0"/>
          <w:numId w:val="22"/>
        </w:numPr>
        <w:rPr>
          <w:b/>
          <w:bCs/>
          <w:sz w:val="20"/>
          <w:szCs w:val="20"/>
        </w:rPr>
      </w:pPr>
      <w:r w:rsidRPr="001F08EA">
        <w:rPr>
          <w:b/>
          <w:bCs/>
          <w:sz w:val="20"/>
          <w:szCs w:val="20"/>
        </w:rPr>
        <w:t xml:space="preserve">Hosszú távú bérlés (4. naptól): </w:t>
      </w:r>
      <w:r w:rsidR="00857ED1">
        <w:rPr>
          <w:b/>
          <w:bCs/>
          <w:sz w:val="20"/>
          <w:szCs w:val="20"/>
        </w:rPr>
        <w:t xml:space="preserve">bruttó 2,3 EUR </w:t>
      </w:r>
      <w:r w:rsidRPr="001F08EA">
        <w:rPr>
          <w:b/>
          <w:bCs/>
          <w:sz w:val="20"/>
          <w:szCs w:val="20"/>
        </w:rPr>
        <w:t>/ fő/nap</w:t>
      </w:r>
      <w:r w:rsidR="00857ED1">
        <w:rPr>
          <w:b/>
          <w:bCs/>
          <w:sz w:val="20"/>
          <w:szCs w:val="20"/>
        </w:rPr>
        <w:br/>
      </w:r>
      <w:r w:rsidR="00857ED1">
        <w:rPr>
          <w:b/>
          <w:bCs/>
          <w:sz w:val="20"/>
          <w:szCs w:val="20"/>
        </w:rPr>
        <w:br/>
      </w:r>
      <w:r w:rsidRPr="00857ED1">
        <w:rPr>
          <w:sz w:val="20"/>
          <w:szCs w:val="20"/>
        </w:rPr>
        <w:t>Minden bérleti díj tartalmazza az egyszer használatos fülhallgatók, elemek és tartalék készülékek árát.</w:t>
      </w:r>
      <w:r w:rsidR="00857ED1">
        <w:rPr>
          <w:sz w:val="20"/>
          <w:szCs w:val="20"/>
        </w:rPr>
        <w:br/>
      </w:r>
      <w:r w:rsidR="00857ED1">
        <w:rPr>
          <w:sz w:val="20"/>
          <w:szCs w:val="20"/>
        </w:rPr>
        <w:br/>
      </w:r>
      <w:r w:rsidRPr="00857ED1">
        <w:rPr>
          <w:sz w:val="20"/>
          <w:szCs w:val="20"/>
        </w:rPr>
        <w:t>Továbbá a fenti 5</w:t>
      </w:r>
      <w:r w:rsidR="00857ED1">
        <w:rPr>
          <w:sz w:val="20"/>
          <w:szCs w:val="20"/>
        </w:rPr>
        <w:t>4</w:t>
      </w:r>
      <w:r w:rsidRPr="00857ED1">
        <w:rPr>
          <w:sz w:val="20"/>
          <w:szCs w:val="20"/>
        </w:rPr>
        <w:t xml:space="preserve">. pont </w:t>
      </w:r>
      <w:r w:rsidR="00857ED1">
        <w:rPr>
          <w:sz w:val="20"/>
          <w:szCs w:val="20"/>
        </w:rPr>
        <w:t>„</w:t>
      </w:r>
      <w:r w:rsidRPr="00857ED1">
        <w:rPr>
          <w:sz w:val="20"/>
          <w:szCs w:val="20"/>
        </w:rPr>
        <w:t>a</w:t>
      </w:r>
      <w:r w:rsidR="00857ED1">
        <w:rPr>
          <w:sz w:val="20"/>
          <w:szCs w:val="20"/>
        </w:rPr>
        <w:t>.”</w:t>
      </w:r>
      <w:r w:rsidRPr="00857ED1">
        <w:rPr>
          <w:sz w:val="20"/>
          <w:szCs w:val="20"/>
        </w:rPr>
        <w:t xml:space="preserve"> alpontban hivatkozott 1 db extra adókészüléket a Szolgáltató ingyenesen biztosítja, azonban további extra adókészülék igénylése esetén a Szolgáltató </w:t>
      </w:r>
      <w:r w:rsidR="00857ED1">
        <w:rPr>
          <w:sz w:val="20"/>
          <w:szCs w:val="20"/>
        </w:rPr>
        <w:t>bruttó 670 Ft</w:t>
      </w:r>
      <w:r w:rsidRPr="00857ED1">
        <w:rPr>
          <w:sz w:val="20"/>
          <w:szCs w:val="20"/>
        </w:rPr>
        <w:t xml:space="preserve">, vagy </w:t>
      </w:r>
      <w:r w:rsidR="00857ED1">
        <w:rPr>
          <w:sz w:val="20"/>
          <w:szCs w:val="20"/>
        </w:rPr>
        <w:t>bruttó 2,1 EUR</w:t>
      </w:r>
      <w:r w:rsidRPr="00857ED1">
        <w:rPr>
          <w:sz w:val="20"/>
          <w:szCs w:val="20"/>
        </w:rPr>
        <w:t xml:space="preserve"> / adókészülék / nap felárat számít fel.</w:t>
      </w:r>
    </w:p>
    <w:p w14:paraId="6EE7C401" w14:textId="77777777" w:rsidR="00403EC2" w:rsidRPr="004B66D1" w:rsidRDefault="00403EC2" w:rsidP="00197924">
      <w:pPr>
        <w:ind w:left="426"/>
        <w:rPr>
          <w:sz w:val="20"/>
          <w:szCs w:val="20"/>
        </w:rPr>
      </w:pPr>
    </w:p>
    <w:p w14:paraId="4C575FE3" w14:textId="77777777" w:rsidR="00403EC2" w:rsidRPr="00857ED1" w:rsidRDefault="00000000" w:rsidP="00197924">
      <w:pPr>
        <w:ind w:left="426"/>
        <w:rPr>
          <w:b/>
          <w:bCs/>
          <w:sz w:val="20"/>
          <w:szCs w:val="20"/>
        </w:rPr>
      </w:pPr>
      <w:r w:rsidRPr="00857ED1">
        <w:rPr>
          <w:b/>
          <w:bCs/>
          <w:sz w:val="20"/>
          <w:szCs w:val="20"/>
        </w:rPr>
        <w:t>Szerződésszegés, kötbér</w:t>
      </w:r>
    </w:p>
    <w:p w14:paraId="7234F159" w14:textId="77777777" w:rsidR="00857ED1" w:rsidRDefault="00000000" w:rsidP="00857ED1">
      <w:pPr>
        <w:pStyle w:val="Listaszerbekezds"/>
        <w:numPr>
          <w:ilvl w:val="0"/>
          <w:numId w:val="16"/>
        </w:numPr>
        <w:rPr>
          <w:sz w:val="20"/>
          <w:szCs w:val="20"/>
        </w:rPr>
      </w:pPr>
      <w:r w:rsidRPr="00857ED1">
        <w:rPr>
          <w:sz w:val="20"/>
          <w:szCs w:val="20"/>
        </w:rPr>
        <w:t>Abban a nem várt esetben, amennyiben Bérlő, vagy nevében eljáró közreműködője az Eszközök</w:t>
      </w:r>
      <w:r w:rsidR="00857ED1">
        <w:rPr>
          <w:sz w:val="20"/>
          <w:szCs w:val="20"/>
        </w:rPr>
        <w:t xml:space="preserve"> </w:t>
      </w:r>
    </w:p>
    <w:p w14:paraId="4103D3B3" w14:textId="0B846C21" w:rsidR="00403EC2" w:rsidRPr="00857ED1" w:rsidRDefault="00000000" w:rsidP="00857ED1">
      <w:pPr>
        <w:pStyle w:val="Listaszerbekezds"/>
        <w:numPr>
          <w:ilvl w:val="0"/>
          <w:numId w:val="23"/>
        </w:numPr>
        <w:rPr>
          <w:sz w:val="20"/>
          <w:szCs w:val="20"/>
        </w:rPr>
      </w:pPr>
      <w:r w:rsidRPr="00857ED1">
        <w:rPr>
          <w:sz w:val="20"/>
          <w:szCs w:val="20"/>
        </w:rPr>
        <w:t>birtokát késedelmesen adja vissza, úgy minden késedelmes napra kötbért köteles fizetni, amelynek napi összege a napi Bérleti díj 100 (száz) százaléka, és amely minden késedelmes napon automatikusan esedékessé válik;</w:t>
      </w:r>
    </w:p>
    <w:p w14:paraId="4ADD5A9C" w14:textId="4F32B1D9" w:rsidR="00403EC2" w:rsidRPr="00857ED1" w:rsidRDefault="00000000" w:rsidP="00857ED1">
      <w:pPr>
        <w:pStyle w:val="Listaszerbekezds"/>
        <w:numPr>
          <w:ilvl w:val="0"/>
          <w:numId w:val="23"/>
        </w:numPr>
        <w:rPr>
          <w:sz w:val="20"/>
          <w:szCs w:val="20"/>
        </w:rPr>
      </w:pPr>
      <w:r w:rsidRPr="00857ED1">
        <w:rPr>
          <w:sz w:val="20"/>
          <w:szCs w:val="20"/>
        </w:rPr>
        <w:lastRenderedPageBreak/>
        <w:t xml:space="preserve">birtokát határidőben, de akképp adja vissza, hogy azokon fizikai sérülés látszik, úgy kötbért köteles fizetni, melynek összege vevő egységenként </w:t>
      </w:r>
      <w:r w:rsidR="00857ED1">
        <w:rPr>
          <w:sz w:val="20"/>
          <w:szCs w:val="20"/>
        </w:rPr>
        <w:t>bruttó</w:t>
      </w:r>
      <w:r w:rsidRPr="00857ED1">
        <w:rPr>
          <w:sz w:val="20"/>
          <w:szCs w:val="20"/>
        </w:rPr>
        <w:t xml:space="preserve"> </w:t>
      </w:r>
      <w:r w:rsidR="00857ED1">
        <w:rPr>
          <w:sz w:val="20"/>
          <w:szCs w:val="20"/>
        </w:rPr>
        <w:t>100</w:t>
      </w:r>
      <w:r w:rsidRPr="00857ED1">
        <w:rPr>
          <w:sz w:val="20"/>
          <w:szCs w:val="20"/>
        </w:rPr>
        <w:t xml:space="preserve"> € (</w:t>
      </w:r>
      <w:r w:rsidR="00857ED1">
        <w:rPr>
          <w:sz w:val="20"/>
          <w:szCs w:val="20"/>
        </w:rPr>
        <w:t>egyszáz</w:t>
      </w:r>
      <w:r w:rsidRPr="00857ED1">
        <w:rPr>
          <w:sz w:val="20"/>
          <w:szCs w:val="20"/>
        </w:rPr>
        <w:t xml:space="preserve"> euró), és adó egységenként </w:t>
      </w:r>
      <w:r w:rsidR="00857ED1">
        <w:rPr>
          <w:sz w:val="20"/>
          <w:szCs w:val="20"/>
        </w:rPr>
        <w:t>bruttó</w:t>
      </w:r>
      <w:r w:rsidRPr="00857ED1">
        <w:rPr>
          <w:sz w:val="20"/>
          <w:szCs w:val="20"/>
        </w:rPr>
        <w:t xml:space="preserve"> </w:t>
      </w:r>
      <w:r w:rsidR="00857ED1">
        <w:rPr>
          <w:sz w:val="20"/>
          <w:szCs w:val="20"/>
        </w:rPr>
        <w:t>200</w:t>
      </w:r>
      <w:r w:rsidRPr="00857ED1">
        <w:rPr>
          <w:sz w:val="20"/>
          <w:szCs w:val="20"/>
        </w:rPr>
        <w:t xml:space="preserve"> € (</w:t>
      </w:r>
      <w:r w:rsidR="00857ED1">
        <w:rPr>
          <w:sz w:val="20"/>
          <w:szCs w:val="20"/>
        </w:rPr>
        <w:t>kettőszáz</w:t>
      </w:r>
      <w:r w:rsidRPr="00857ED1">
        <w:rPr>
          <w:sz w:val="20"/>
          <w:szCs w:val="20"/>
        </w:rPr>
        <w:t xml:space="preserve"> euró) és amely a visszaadáskor egy összegben esedékessé válik; az Eszközökben bármilyen cselekményével, vagy mulasztásával az Eszközöket működtető, vagy működésüket segítő szoftver tartalmát megváltoztatja úgy kötbért köteles fizetni, melynek összege vevő egységenként </w:t>
      </w:r>
      <w:r w:rsidR="00857ED1">
        <w:rPr>
          <w:sz w:val="20"/>
          <w:szCs w:val="20"/>
        </w:rPr>
        <w:t>bruttó</w:t>
      </w:r>
      <w:r w:rsidRPr="00857ED1">
        <w:rPr>
          <w:sz w:val="20"/>
          <w:szCs w:val="20"/>
        </w:rPr>
        <w:t xml:space="preserve"> </w:t>
      </w:r>
      <w:r w:rsidR="00857ED1">
        <w:rPr>
          <w:sz w:val="20"/>
          <w:szCs w:val="20"/>
        </w:rPr>
        <w:t>100</w:t>
      </w:r>
      <w:r w:rsidRPr="00857ED1">
        <w:rPr>
          <w:sz w:val="20"/>
          <w:szCs w:val="20"/>
        </w:rPr>
        <w:t xml:space="preserve"> € (</w:t>
      </w:r>
      <w:r w:rsidR="00857ED1">
        <w:rPr>
          <w:sz w:val="20"/>
          <w:szCs w:val="20"/>
        </w:rPr>
        <w:t>egyszáz</w:t>
      </w:r>
      <w:r w:rsidRPr="00857ED1">
        <w:rPr>
          <w:sz w:val="20"/>
          <w:szCs w:val="20"/>
        </w:rPr>
        <w:t xml:space="preserve"> euró), és adó egységenként </w:t>
      </w:r>
      <w:r w:rsidR="00857ED1">
        <w:rPr>
          <w:sz w:val="20"/>
          <w:szCs w:val="20"/>
        </w:rPr>
        <w:t>bruttó 200</w:t>
      </w:r>
      <w:r w:rsidRPr="00857ED1">
        <w:rPr>
          <w:sz w:val="20"/>
          <w:szCs w:val="20"/>
        </w:rPr>
        <w:t xml:space="preserve"> € (</w:t>
      </w:r>
      <w:r w:rsidR="00857ED1">
        <w:rPr>
          <w:sz w:val="20"/>
          <w:szCs w:val="20"/>
        </w:rPr>
        <w:t>kettőszáz</w:t>
      </w:r>
      <w:r w:rsidRPr="00857ED1">
        <w:rPr>
          <w:sz w:val="20"/>
          <w:szCs w:val="20"/>
        </w:rPr>
        <w:t xml:space="preserve"> euró) és amely a visszaadáskor egy összegben esedékessé válik;</w:t>
      </w:r>
    </w:p>
    <w:p w14:paraId="28E9F1AF" w14:textId="42E1D595" w:rsidR="00403EC2" w:rsidRPr="00857ED1" w:rsidRDefault="00000000" w:rsidP="00857ED1">
      <w:pPr>
        <w:pStyle w:val="Listaszerbekezds"/>
        <w:numPr>
          <w:ilvl w:val="0"/>
          <w:numId w:val="23"/>
        </w:numPr>
        <w:rPr>
          <w:sz w:val="20"/>
          <w:szCs w:val="20"/>
        </w:rPr>
      </w:pPr>
      <w:r w:rsidRPr="00857ED1">
        <w:rPr>
          <w:sz w:val="20"/>
          <w:szCs w:val="20"/>
        </w:rPr>
        <w:t xml:space="preserve">az Eszközök birtokát lopás, elvesztés miatt egyáltalán nem adja vissza úgy kötbért köteles fizetni, melynek összege vevő egységenként </w:t>
      </w:r>
      <w:r w:rsidR="00857ED1">
        <w:rPr>
          <w:sz w:val="20"/>
          <w:szCs w:val="20"/>
        </w:rPr>
        <w:t>bruttó 100</w:t>
      </w:r>
      <w:r w:rsidRPr="00857ED1">
        <w:rPr>
          <w:sz w:val="20"/>
          <w:szCs w:val="20"/>
        </w:rPr>
        <w:t xml:space="preserve"> € (</w:t>
      </w:r>
      <w:r w:rsidR="00857ED1">
        <w:rPr>
          <w:sz w:val="20"/>
          <w:szCs w:val="20"/>
        </w:rPr>
        <w:t>egyszáz</w:t>
      </w:r>
      <w:r w:rsidRPr="00857ED1">
        <w:rPr>
          <w:sz w:val="20"/>
          <w:szCs w:val="20"/>
        </w:rPr>
        <w:t xml:space="preserve"> euró), és adó egységenként </w:t>
      </w:r>
      <w:r w:rsidR="00857ED1">
        <w:rPr>
          <w:sz w:val="20"/>
          <w:szCs w:val="20"/>
        </w:rPr>
        <w:t>bruttó 200</w:t>
      </w:r>
      <w:r w:rsidRPr="00857ED1">
        <w:rPr>
          <w:sz w:val="20"/>
          <w:szCs w:val="20"/>
        </w:rPr>
        <w:t xml:space="preserve"> € (</w:t>
      </w:r>
      <w:r w:rsidR="00857ED1">
        <w:rPr>
          <w:sz w:val="20"/>
          <w:szCs w:val="20"/>
        </w:rPr>
        <w:t>kettőszáz</w:t>
      </w:r>
      <w:r w:rsidRPr="00857ED1">
        <w:rPr>
          <w:sz w:val="20"/>
          <w:szCs w:val="20"/>
        </w:rPr>
        <w:t xml:space="preserve"> euró) és amely a visszaadás napján egy összegben esedékessé válik. Felek rögzítik, hogy a kötbér megfizetése nem érinti Bérbeadó egyéb vagyonjogi igényeinek az érvényesíthetőségét és nem minősül kárátalánynak sem.</w:t>
      </w:r>
    </w:p>
    <w:p w14:paraId="31E98657" w14:textId="77777777" w:rsidR="00403EC2" w:rsidRPr="004B66D1" w:rsidRDefault="00403EC2" w:rsidP="00197924">
      <w:pPr>
        <w:ind w:left="426"/>
        <w:rPr>
          <w:sz w:val="20"/>
          <w:szCs w:val="20"/>
        </w:rPr>
      </w:pPr>
    </w:p>
    <w:p w14:paraId="66D3812F" w14:textId="556C13A8" w:rsidR="00403EC2" w:rsidRPr="00857ED1" w:rsidRDefault="00000000" w:rsidP="00857ED1">
      <w:pPr>
        <w:pStyle w:val="Listaszerbekezds"/>
        <w:numPr>
          <w:ilvl w:val="0"/>
          <w:numId w:val="16"/>
        </w:numPr>
        <w:rPr>
          <w:sz w:val="20"/>
          <w:szCs w:val="20"/>
        </w:rPr>
      </w:pPr>
      <w:r w:rsidRPr="00857ED1">
        <w:rPr>
          <w:sz w:val="20"/>
          <w:szCs w:val="20"/>
        </w:rPr>
        <w:t>Amennyiben az Eszközöket Bérlő nem az átvételkori állapotban adja vissza, úgy az értékcsökkenést, vagy a helyreállítási-, vagy javítási költséget Bérbeadó jogosult az általa kiválasztott személlyel felméretni és az így megállapított összeget Bérlő az esetleges kötbéren felül köteles Bérbeadónak megtéríteni Bérbeadó vonatkozó számlája és fizetési felszólítása szerint.</w:t>
      </w:r>
      <w:r w:rsidR="00857ED1">
        <w:rPr>
          <w:sz w:val="20"/>
          <w:szCs w:val="20"/>
        </w:rPr>
        <w:br/>
      </w:r>
    </w:p>
    <w:p w14:paraId="5B0FD026" w14:textId="0284B142" w:rsidR="00403EC2" w:rsidRPr="00857ED1" w:rsidRDefault="00000000" w:rsidP="00857ED1">
      <w:pPr>
        <w:pStyle w:val="Listaszerbekezds"/>
        <w:numPr>
          <w:ilvl w:val="0"/>
          <w:numId w:val="16"/>
        </w:numPr>
        <w:rPr>
          <w:sz w:val="20"/>
          <w:szCs w:val="20"/>
        </w:rPr>
      </w:pPr>
      <w:r w:rsidRPr="00857ED1">
        <w:rPr>
          <w:sz w:val="20"/>
          <w:szCs w:val="20"/>
        </w:rPr>
        <w:t>Bérlő késedelmes fizetése esetén Bérbeadó késedelmi kamatra jogosult a Ptk. szabályaira figyelemmel, az ott meghatározott mértékben.</w:t>
      </w:r>
      <w:r w:rsidR="00857ED1">
        <w:rPr>
          <w:sz w:val="20"/>
          <w:szCs w:val="20"/>
        </w:rPr>
        <w:br/>
      </w:r>
    </w:p>
    <w:p w14:paraId="08B1271D" w14:textId="0B8699B7" w:rsidR="00403EC2" w:rsidRPr="00857ED1" w:rsidRDefault="00000000" w:rsidP="00857ED1">
      <w:pPr>
        <w:pStyle w:val="Listaszerbekezds"/>
        <w:numPr>
          <w:ilvl w:val="0"/>
          <w:numId w:val="16"/>
        </w:numPr>
        <w:rPr>
          <w:sz w:val="20"/>
          <w:szCs w:val="20"/>
        </w:rPr>
      </w:pPr>
      <w:r w:rsidRPr="00857ED1">
        <w:rPr>
          <w:sz w:val="20"/>
          <w:szCs w:val="20"/>
        </w:rPr>
        <w:t>Abban a nem várt esetben, amennyiben Bérlővel szemben Bérbeadónak a bérleti jogviszonyból eredően követelése merül fel, úgy Bérbeadó jogosult a teljesítés érdekében a követelése kezelésével harmadik személyt megbízni és ezen harmadik személy felé Bérlő adatait továbbítani, továbbá a behajtás költségeit összegszerű korlátozás nélkül Bérlőre áthárítani.</w:t>
      </w:r>
    </w:p>
    <w:p w14:paraId="0F3626D4" w14:textId="77777777" w:rsidR="00403EC2" w:rsidRPr="004B66D1" w:rsidRDefault="00403EC2" w:rsidP="00197924">
      <w:pPr>
        <w:ind w:left="426"/>
        <w:rPr>
          <w:sz w:val="20"/>
          <w:szCs w:val="20"/>
        </w:rPr>
      </w:pPr>
    </w:p>
    <w:p w14:paraId="2B7C5BB3" w14:textId="77777777" w:rsidR="00403EC2" w:rsidRPr="00857ED1" w:rsidRDefault="00000000" w:rsidP="00197924">
      <w:pPr>
        <w:ind w:left="426"/>
        <w:rPr>
          <w:b/>
          <w:bCs/>
          <w:sz w:val="20"/>
          <w:szCs w:val="20"/>
        </w:rPr>
      </w:pPr>
      <w:r w:rsidRPr="00857ED1">
        <w:rPr>
          <w:b/>
          <w:bCs/>
          <w:sz w:val="20"/>
          <w:szCs w:val="20"/>
        </w:rPr>
        <w:t>Felelősség, titoktartás</w:t>
      </w:r>
    </w:p>
    <w:p w14:paraId="5CD69CD8" w14:textId="7ED0A3F7" w:rsidR="00403EC2" w:rsidRPr="00857ED1" w:rsidRDefault="00000000" w:rsidP="00857ED1">
      <w:pPr>
        <w:pStyle w:val="Listaszerbekezds"/>
        <w:numPr>
          <w:ilvl w:val="0"/>
          <w:numId w:val="16"/>
        </w:numPr>
        <w:rPr>
          <w:sz w:val="20"/>
          <w:szCs w:val="20"/>
        </w:rPr>
      </w:pPr>
      <w:r w:rsidRPr="00857ED1">
        <w:rPr>
          <w:sz w:val="20"/>
          <w:szCs w:val="20"/>
        </w:rPr>
        <w:t>A Bérbeadó szavatolja, hogy az átadásra kerülő Eszközök működőképes állapotban vannak, így a használat során való meghibásodásért Bérbeadót felelősség nem terheli, kijavítási, vagy kicserélési kötelezettsége nem áll fenn.</w:t>
      </w:r>
      <w:r w:rsidR="00857ED1">
        <w:rPr>
          <w:sz w:val="20"/>
          <w:szCs w:val="20"/>
        </w:rPr>
        <w:br/>
      </w:r>
    </w:p>
    <w:p w14:paraId="304BFADD" w14:textId="495F106B" w:rsidR="00403EC2" w:rsidRPr="00857ED1" w:rsidRDefault="00000000" w:rsidP="00857ED1">
      <w:pPr>
        <w:pStyle w:val="Listaszerbekezds"/>
        <w:numPr>
          <w:ilvl w:val="0"/>
          <w:numId w:val="16"/>
        </w:numPr>
        <w:rPr>
          <w:sz w:val="20"/>
          <w:szCs w:val="20"/>
        </w:rPr>
      </w:pPr>
      <w:r w:rsidRPr="00857ED1">
        <w:rPr>
          <w:sz w:val="20"/>
          <w:szCs w:val="20"/>
        </w:rPr>
        <w:t>Bérlő az Eszközök használatát a megrendelésben meg nem jelölt személyek részére még időlegesen sem engedheti át. Felek rögzítik, hogy Bérbeadó azon személyekkel szemben, akik a jelen szerződés hatálya alatt az Eszközöket Bérlő hozzájárulásával, vagy anélkül kipróbálják, semmiféle felelősséggel nem tartozik, az ilyen személyekkel jogviszonyba Bérbeadó nem kerül.</w:t>
      </w:r>
      <w:r w:rsidR="00857ED1">
        <w:rPr>
          <w:sz w:val="20"/>
          <w:szCs w:val="20"/>
        </w:rPr>
        <w:br/>
      </w:r>
    </w:p>
    <w:p w14:paraId="6DE3B571" w14:textId="2D99C521" w:rsidR="00403EC2" w:rsidRPr="00857ED1" w:rsidRDefault="00000000" w:rsidP="00857ED1">
      <w:pPr>
        <w:pStyle w:val="Listaszerbekezds"/>
        <w:numPr>
          <w:ilvl w:val="0"/>
          <w:numId w:val="16"/>
        </w:numPr>
        <w:rPr>
          <w:sz w:val="20"/>
          <w:szCs w:val="20"/>
        </w:rPr>
      </w:pPr>
      <w:r w:rsidRPr="00857ED1">
        <w:rPr>
          <w:sz w:val="20"/>
          <w:szCs w:val="20"/>
        </w:rPr>
        <w:t>Felek rögzítik, hogy a jelen Szerződéssel szabályozott jogviszonyuk tekintetében az egyes igényeik elévülését a teljesítésre irányuló írásbeli felszólítás minden esetben megszakítja.</w:t>
      </w:r>
      <w:r w:rsidR="00857ED1">
        <w:rPr>
          <w:sz w:val="20"/>
          <w:szCs w:val="20"/>
        </w:rPr>
        <w:br/>
      </w:r>
    </w:p>
    <w:p w14:paraId="53B4A2FD" w14:textId="60BA7752" w:rsidR="00403EC2" w:rsidRPr="00857ED1" w:rsidRDefault="00000000" w:rsidP="00857ED1">
      <w:pPr>
        <w:pStyle w:val="Listaszerbekezds"/>
        <w:numPr>
          <w:ilvl w:val="0"/>
          <w:numId w:val="16"/>
        </w:numPr>
        <w:rPr>
          <w:sz w:val="20"/>
          <w:szCs w:val="20"/>
        </w:rPr>
      </w:pPr>
      <w:r w:rsidRPr="00857ED1">
        <w:rPr>
          <w:sz w:val="20"/>
          <w:szCs w:val="20"/>
        </w:rPr>
        <w:t>Az Eszközök Bérlő, vagy harmadik személyek által való használata, vagy kipróbálása során keletkező egészségügyi következményekért Bérbeadó felelősséget nem vállal. Abban a nem várt esetben, ha a bérleti jogviszony alatt, vagy Bérlő birtok visszaadási késedelme időtartamában keletkezett egészségügyi állapottal, vagy eseménnyel kapcsolatban érvényesít bárki Bérbeadóval szemben, úgy Bérlő köteles Bérbeadót azonnal Bérbeadó erre irányuló írásbeli felszólításának megfelelően mentesíteni ezen harmadik személlyel szemben és a jelen pontra tekintettel Bérbeadónál felmerülő minden igazolt költséget kötbér jogcímén megtéríteni Bérbeadó részére a Bérbeadó által írásban meghatározott esedékességgel.</w:t>
      </w:r>
      <w:r w:rsidR="00857ED1">
        <w:rPr>
          <w:sz w:val="20"/>
          <w:szCs w:val="20"/>
        </w:rPr>
        <w:br/>
      </w:r>
    </w:p>
    <w:p w14:paraId="53DDB653" w14:textId="3A7C01AD" w:rsidR="00403EC2" w:rsidRPr="00857ED1" w:rsidRDefault="00000000" w:rsidP="00857ED1">
      <w:pPr>
        <w:pStyle w:val="Listaszerbekezds"/>
        <w:numPr>
          <w:ilvl w:val="0"/>
          <w:numId w:val="16"/>
        </w:numPr>
        <w:rPr>
          <w:sz w:val="20"/>
          <w:szCs w:val="20"/>
        </w:rPr>
      </w:pPr>
      <w:r w:rsidRPr="00857ED1">
        <w:rPr>
          <w:sz w:val="20"/>
          <w:szCs w:val="20"/>
        </w:rPr>
        <w:lastRenderedPageBreak/>
        <w:t>Felek kölcsönösen kötelezik magukat, hogy a szerződéssel kapcsolatos, továbbá a szerződés megkötése és teljesítése során a másik féllel kapcsolatban tudomásukra jutott információkat bizalmasan, üzleti titokként kezelik, azokat nem bocsátják harmadik személy rendelkezésére és nem hozzák nyilvánosságra.</w:t>
      </w:r>
    </w:p>
    <w:p w14:paraId="7BA87600" w14:textId="77777777" w:rsidR="00403EC2" w:rsidRPr="004B66D1" w:rsidRDefault="00403EC2" w:rsidP="00197924">
      <w:pPr>
        <w:ind w:left="426"/>
        <w:rPr>
          <w:sz w:val="20"/>
          <w:szCs w:val="20"/>
        </w:rPr>
      </w:pPr>
    </w:p>
    <w:p w14:paraId="08C3D4C4" w14:textId="472EA7F3" w:rsidR="00403EC2" w:rsidRPr="00857ED1" w:rsidRDefault="00000000" w:rsidP="00857ED1">
      <w:pPr>
        <w:pStyle w:val="Listaszerbekezds"/>
        <w:numPr>
          <w:ilvl w:val="0"/>
          <w:numId w:val="10"/>
        </w:numPr>
        <w:rPr>
          <w:b/>
          <w:bCs/>
          <w:sz w:val="20"/>
          <w:szCs w:val="20"/>
        </w:rPr>
      </w:pPr>
      <w:r w:rsidRPr="00857ED1">
        <w:rPr>
          <w:b/>
          <w:bCs/>
          <w:sz w:val="20"/>
          <w:szCs w:val="20"/>
        </w:rPr>
        <w:t>TÁJÉKOZTATÁS FOGYASZTÓNAK MINŐSÜLŐ BÉRLŐT MEGILLETŐ ELÁLLÁSI, FELMONDÁSI JOGRÓL, A VISSZAKÜLDÉS FOGYASZTÓT TERHELŐ KÖLTSÉGEIRŐL</w:t>
      </w:r>
    </w:p>
    <w:p w14:paraId="5BC612EE" w14:textId="77777777" w:rsidR="00403EC2" w:rsidRPr="00857ED1" w:rsidRDefault="00000000" w:rsidP="00197924">
      <w:pPr>
        <w:ind w:left="426"/>
        <w:rPr>
          <w:b/>
          <w:bCs/>
          <w:sz w:val="20"/>
          <w:szCs w:val="20"/>
        </w:rPr>
      </w:pPr>
      <w:r w:rsidRPr="00857ED1">
        <w:rPr>
          <w:b/>
          <w:bCs/>
          <w:sz w:val="20"/>
          <w:szCs w:val="20"/>
        </w:rPr>
        <w:t>Elállási jog</w:t>
      </w:r>
    </w:p>
    <w:p w14:paraId="58D12959" w14:textId="296A5E0C" w:rsidR="00403EC2" w:rsidRPr="00857ED1" w:rsidRDefault="00000000" w:rsidP="00857ED1">
      <w:pPr>
        <w:pStyle w:val="Listaszerbekezds"/>
        <w:numPr>
          <w:ilvl w:val="0"/>
          <w:numId w:val="24"/>
        </w:numPr>
        <w:rPr>
          <w:b/>
          <w:bCs/>
          <w:sz w:val="20"/>
          <w:szCs w:val="20"/>
        </w:rPr>
      </w:pPr>
      <w:r w:rsidRPr="00857ED1">
        <w:rPr>
          <w:sz w:val="20"/>
          <w:szCs w:val="20"/>
        </w:rPr>
        <w:t>A jogszabály szerint fogyasztónak minősülő Bérlőt a fogyasztó és vállalkozás közötti szerződések részletes szabályairól szóló 45/2014 (II. 26.) Kormányrendelet (a továbbiakban: Kormányrendelet) értelmében, a Kormányrendelet 20. § szerinti, 14 napos indokolás nélküli elállási és felmondási jog a Portálon keresztül megrendelt Eszközök vonatkozásában az alábbiak szerint illeti meg.</w:t>
      </w:r>
      <w:r w:rsidR="00857ED1">
        <w:rPr>
          <w:sz w:val="20"/>
          <w:szCs w:val="20"/>
        </w:rPr>
        <w:br/>
      </w:r>
    </w:p>
    <w:p w14:paraId="6B2C22F5" w14:textId="44629E93" w:rsidR="00403EC2" w:rsidRPr="00857ED1" w:rsidRDefault="00000000" w:rsidP="00857ED1">
      <w:pPr>
        <w:pStyle w:val="Listaszerbekezds"/>
        <w:numPr>
          <w:ilvl w:val="0"/>
          <w:numId w:val="24"/>
        </w:numPr>
        <w:rPr>
          <w:b/>
          <w:bCs/>
          <w:sz w:val="20"/>
          <w:szCs w:val="20"/>
        </w:rPr>
      </w:pPr>
      <w:r w:rsidRPr="00857ED1">
        <w:rPr>
          <w:b/>
          <w:bCs/>
          <w:sz w:val="20"/>
          <w:szCs w:val="20"/>
        </w:rPr>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 a Bérlőt nem illeti meg a 20. § szerinti, 14 napos indokolás nélküli elállási és felmondási jog, tekintettel a Kormányrendelet 29. § (1) a) pontjának rendelkezésére, miszerint a fogyasztó nem gyakorolhatja a 20. § szerinti jogát a jelen pont szerinti esetben.</w:t>
      </w:r>
      <w:r w:rsidR="00EA0673">
        <w:rPr>
          <w:b/>
          <w:bCs/>
          <w:sz w:val="20"/>
          <w:szCs w:val="20"/>
        </w:rPr>
        <w:br/>
      </w:r>
    </w:p>
    <w:p w14:paraId="1745F2DD" w14:textId="623B49F0" w:rsidR="00403EC2" w:rsidRPr="00EA0673" w:rsidRDefault="00000000" w:rsidP="00EA0673">
      <w:pPr>
        <w:pStyle w:val="Listaszerbekezds"/>
        <w:numPr>
          <w:ilvl w:val="0"/>
          <w:numId w:val="24"/>
        </w:numPr>
        <w:rPr>
          <w:b/>
          <w:bCs/>
          <w:sz w:val="20"/>
          <w:szCs w:val="20"/>
        </w:rPr>
      </w:pPr>
      <w:r w:rsidRPr="00EA0673">
        <w:rPr>
          <w:b/>
          <w:bCs/>
          <w:sz w:val="20"/>
          <w:szCs w:val="20"/>
        </w:rPr>
        <w:t>Fogyasztónak minősülő Bérlő kifejezetten tudomásul veszi, hogy amennyiben a szerződés létrejötte és az Eszközök átadásnak határideje között 14 nap nem telik el, úgy elállási jog nem illeti meg, továbbá az Eszközök átvételét követően felmondási jog nem illeti meg.</w:t>
      </w:r>
      <w:r w:rsidR="00EA0673">
        <w:rPr>
          <w:b/>
          <w:bCs/>
          <w:sz w:val="20"/>
          <w:szCs w:val="20"/>
        </w:rPr>
        <w:br/>
      </w:r>
    </w:p>
    <w:p w14:paraId="7182C473" w14:textId="57032262" w:rsidR="00403EC2" w:rsidRPr="00EA0673" w:rsidRDefault="00000000" w:rsidP="00EA0673">
      <w:pPr>
        <w:pStyle w:val="Listaszerbekezds"/>
        <w:numPr>
          <w:ilvl w:val="0"/>
          <w:numId w:val="24"/>
        </w:numPr>
        <w:rPr>
          <w:sz w:val="20"/>
          <w:szCs w:val="20"/>
        </w:rPr>
      </w:pPr>
      <w:r w:rsidRPr="00EA0673">
        <w:rPr>
          <w:sz w:val="20"/>
          <w:szCs w:val="20"/>
        </w:rPr>
        <w:t>Az elállás és felmondás joga vonatkozásában a jelen pont szerinti Bérlőn a továbbiakban kizárólag a jogszabályok szerinti Fogyasztó értendő.</w:t>
      </w:r>
      <w:r w:rsidR="00EA0673">
        <w:rPr>
          <w:sz w:val="20"/>
          <w:szCs w:val="20"/>
        </w:rPr>
        <w:br/>
      </w:r>
    </w:p>
    <w:p w14:paraId="40B76A83" w14:textId="09FB981D" w:rsidR="00403EC2" w:rsidRPr="00EA0673" w:rsidRDefault="00000000" w:rsidP="00EA0673">
      <w:pPr>
        <w:pStyle w:val="Listaszerbekezds"/>
        <w:numPr>
          <w:ilvl w:val="0"/>
          <w:numId w:val="24"/>
        </w:numPr>
        <w:rPr>
          <w:sz w:val="20"/>
          <w:szCs w:val="20"/>
        </w:rPr>
      </w:pPr>
      <w:r w:rsidRPr="00EA0673">
        <w:rPr>
          <w:sz w:val="20"/>
          <w:szCs w:val="20"/>
        </w:rPr>
        <w:t xml:space="preserve">Az elállási, felmondási jog </w:t>
      </w:r>
      <w:r w:rsidR="00EA0673" w:rsidRPr="00EA0673">
        <w:rPr>
          <w:sz w:val="20"/>
          <w:szCs w:val="20"/>
        </w:rPr>
        <w:t>határidőjének</w:t>
      </w:r>
      <w:r w:rsidRPr="00EA0673">
        <w:rPr>
          <w:sz w:val="20"/>
          <w:szCs w:val="20"/>
        </w:rPr>
        <w:t xml:space="preserve"> kezdő időpontja:</w:t>
      </w:r>
    </w:p>
    <w:p w14:paraId="577DEB72" w14:textId="2652B7E7" w:rsidR="00403EC2" w:rsidRPr="00EA0673" w:rsidRDefault="00000000" w:rsidP="00EA0673">
      <w:pPr>
        <w:pStyle w:val="Listaszerbekezds"/>
        <w:numPr>
          <w:ilvl w:val="0"/>
          <w:numId w:val="25"/>
        </w:numPr>
        <w:rPr>
          <w:sz w:val="20"/>
          <w:szCs w:val="20"/>
        </w:rPr>
      </w:pPr>
      <w:r w:rsidRPr="00EA0673">
        <w:rPr>
          <w:sz w:val="20"/>
          <w:szCs w:val="20"/>
        </w:rPr>
        <w:t>az Eszköz,</w:t>
      </w:r>
    </w:p>
    <w:p w14:paraId="64E9787B" w14:textId="54802D0E" w:rsidR="00403EC2" w:rsidRPr="00EA0673" w:rsidRDefault="00000000" w:rsidP="00EA0673">
      <w:pPr>
        <w:pStyle w:val="Listaszerbekezds"/>
        <w:numPr>
          <w:ilvl w:val="0"/>
          <w:numId w:val="25"/>
        </w:numPr>
        <w:rPr>
          <w:sz w:val="20"/>
          <w:szCs w:val="20"/>
        </w:rPr>
      </w:pPr>
      <w:r w:rsidRPr="00EA0673">
        <w:rPr>
          <w:sz w:val="20"/>
          <w:szCs w:val="20"/>
        </w:rPr>
        <w:t>több Eszköz szolgáltatásakor az utoljára szolgáltatott Eszköznek,</w:t>
      </w:r>
      <w:r w:rsidR="00EA0673">
        <w:rPr>
          <w:sz w:val="20"/>
          <w:szCs w:val="20"/>
        </w:rPr>
        <w:br/>
      </w:r>
      <w:r w:rsidRPr="00EA0673">
        <w:rPr>
          <w:sz w:val="20"/>
          <w:szCs w:val="20"/>
        </w:rPr>
        <w:t>a Bérlő vagy az általa megjelölt, a fuvarozótól eltérő harmadik személy általi átvételének napja.</w:t>
      </w:r>
      <w:r w:rsidR="00EA0673">
        <w:rPr>
          <w:sz w:val="20"/>
          <w:szCs w:val="20"/>
        </w:rPr>
        <w:br/>
      </w:r>
    </w:p>
    <w:p w14:paraId="6BBFEE15" w14:textId="6C1396A5" w:rsidR="00403EC2" w:rsidRPr="00EA0673" w:rsidRDefault="00000000" w:rsidP="00EA0673">
      <w:pPr>
        <w:pStyle w:val="Listaszerbekezds"/>
        <w:numPr>
          <w:ilvl w:val="0"/>
          <w:numId w:val="24"/>
        </w:numPr>
        <w:rPr>
          <w:sz w:val="20"/>
          <w:szCs w:val="20"/>
        </w:rPr>
      </w:pPr>
      <w:r w:rsidRPr="00EA0673">
        <w:rPr>
          <w:sz w:val="20"/>
          <w:szCs w:val="20"/>
        </w:rPr>
        <w:t>A Fogyasztó a fenti elállási jogát a szerződés megkötésének napja és az Eszköz átvételének napja közötti időszakban gyakorolhatja a fenti eltérésekkel.</w:t>
      </w:r>
    </w:p>
    <w:p w14:paraId="3D1D8EF2" w14:textId="77777777" w:rsidR="00403EC2" w:rsidRPr="004B66D1" w:rsidRDefault="00403EC2" w:rsidP="00197924">
      <w:pPr>
        <w:ind w:left="426"/>
        <w:rPr>
          <w:sz w:val="20"/>
          <w:szCs w:val="20"/>
        </w:rPr>
      </w:pPr>
    </w:p>
    <w:p w14:paraId="3201A25F" w14:textId="77777777" w:rsidR="00403EC2" w:rsidRPr="00EA0673" w:rsidRDefault="00000000" w:rsidP="00197924">
      <w:pPr>
        <w:ind w:left="426"/>
        <w:rPr>
          <w:b/>
          <w:bCs/>
          <w:sz w:val="20"/>
          <w:szCs w:val="20"/>
        </w:rPr>
      </w:pPr>
      <w:r w:rsidRPr="00EA0673">
        <w:rPr>
          <w:b/>
          <w:bCs/>
          <w:sz w:val="20"/>
          <w:szCs w:val="20"/>
        </w:rPr>
        <w:t>Az elállási jog gyakorlásának menete, módja</w:t>
      </w:r>
    </w:p>
    <w:p w14:paraId="03BEE2CB" w14:textId="61613ED7" w:rsidR="00403EC2" w:rsidRPr="00EA0673" w:rsidRDefault="00000000" w:rsidP="00EA0673">
      <w:pPr>
        <w:pStyle w:val="Listaszerbekezds"/>
        <w:numPr>
          <w:ilvl w:val="0"/>
          <w:numId w:val="24"/>
        </w:numPr>
        <w:rPr>
          <w:sz w:val="20"/>
          <w:szCs w:val="20"/>
        </w:rPr>
      </w:pPr>
      <w:r w:rsidRPr="00EA0673">
        <w:rPr>
          <w:sz w:val="20"/>
          <w:szCs w:val="20"/>
        </w:rPr>
        <w:t>A Bérlő az elállási, vagy felmondási jogát vagy a Kormányrendelet 2. számú melléklete szerinti, jelen ÁSZF-hez csatolt forma levélen, vagy erre vonatkozó egyértelmű nyilatkozata útján gyakorolhatja, amelyet köteles eljuttatni a Szolgáltató jelen ÁSZF-ben meghatározott postacímére vagy a booking@tourguidesystem.hu elektronikus levelezési címére. Az elállási, illetve felmondási jog gyakorlása határidőben történik, ha azt a Bérlő az előző bekezdésben foglalt határidőben elküldi. A Bérlőt terheli annak bizonyítása, hogy az elállási vagy felmondási jogát a jelen bekezdésben foglaltakkal összhangban és határidőben gyakorolta.</w:t>
      </w:r>
      <w:r w:rsidR="00EA0673">
        <w:rPr>
          <w:sz w:val="20"/>
          <w:szCs w:val="20"/>
        </w:rPr>
        <w:br/>
      </w:r>
    </w:p>
    <w:p w14:paraId="4D0F35C6" w14:textId="6021D3B8" w:rsidR="00403EC2" w:rsidRPr="00EA0673" w:rsidRDefault="00000000" w:rsidP="00EA0673">
      <w:pPr>
        <w:pStyle w:val="Listaszerbekezds"/>
        <w:numPr>
          <w:ilvl w:val="0"/>
          <w:numId w:val="24"/>
        </w:numPr>
        <w:rPr>
          <w:sz w:val="20"/>
          <w:szCs w:val="20"/>
        </w:rPr>
      </w:pPr>
      <w:r w:rsidRPr="00EA0673">
        <w:rPr>
          <w:sz w:val="20"/>
          <w:szCs w:val="20"/>
        </w:rPr>
        <w:t xml:space="preserve">Postai úton történő jelzés alkalmával a postára adás dátumát, e-mailen keresztül történő értesítés esetén az e-mail elküldésének idejét veszi figyelembe a Szolgáltató a határidő számítás szempontjából. A Bérlő levelét </w:t>
      </w:r>
      <w:r w:rsidRPr="00EA0673">
        <w:rPr>
          <w:sz w:val="20"/>
          <w:szCs w:val="20"/>
        </w:rPr>
        <w:lastRenderedPageBreak/>
        <w:t>ajánlott küldeményként köteles postára adni, hogy hitelt érdemlően bizonyítható legyen a feladás dátuma.</w:t>
      </w:r>
      <w:r w:rsidR="00EA0673">
        <w:rPr>
          <w:sz w:val="20"/>
          <w:szCs w:val="20"/>
        </w:rPr>
        <w:br/>
      </w:r>
    </w:p>
    <w:p w14:paraId="5B8ED754" w14:textId="26E92426" w:rsidR="00403EC2" w:rsidRPr="00EA0673" w:rsidRDefault="00000000" w:rsidP="00EA0673">
      <w:pPr>
        <w:pStyle w:val="Listaszerbekezds"/>
        <w:numPr>
          <w:ilvl w:val="0"/>
          <w:numId w:val="24"/>
        </w:numPr>
        <w:rPr>
          <w:sz w:val="20"/>
          <w:szCs w:val="20"/>
        </w:rPr>
      </w:pPr>
      <w:r w:rsidRPr="00EA0673">
        <w:rPr>
          <w:sz w:val="20"/>
          <w:szCs w:val="20"/>
        </w:rPr>
        <w:t>A Bérlő jelen pont szerinti elállási jogának gyakorlása esetén a Szolgáltató haladéktalanul, de legkésőbb a nyilatkozat Szolgáltató által történő kézhezvételétől számított 14 napon belül visszatéríti a Bérlő által teljesített valamennyi ellenszolgáltatást, ideértve a teljesítéssel összefüggésben felmerült költségeket is.</w:t>
      </w:r>
      <w:r w:rsidR="00EA0673">
        <w:rPr>
          <w:sz w:val="20"/>
          <w:szCs w:val="20"/>
        </w:rPr>
        <w:br/>
      </w:r>
    </w:p>
    <w:p w14:paraId="11E788A9" w14:textId="32CD1291" w:rsidR="00403EC2" w:rsidRPr="00EA0673" w:rsidRDefault="00000000" w:rsidP="00EA0673">
      <w:pPr>
        <w:pStyle w:val="Listaszerbekezds"/>
        <w:numPr>
          <w:ilvl w:val="0"/>
          <w:numId w:val="24"/>
        </w:numPr>
        <w:rPr>
          <w:sz w:val="20"/>
          <w:szCs w:val="20"/>
        </w:rPr>
      </w:pPr>
      <w:r w:rsidRPr="00EA0673">
        <w:rPr>
          <w:sz w:val="20"/>
          <w:szCs w:val="20"/>
        </w:rPr>
        <w:t>A visszatérítés úgy történik, hogy a Szolgáltató a visszaküldött Eszköz kézhezvételét követő 14 napon belül, banki átutalással téríti vissza a Bérlőnek a bérleti díj ellenértékét, amelynek érdekében a Bérlő köteles az elállási jog gyakorlásáról szóló nyilatkozatában bankszámlaszámát, ahova a visszatérítést kéri, feltüntetni. Amennyiben a Bérlő bankszámlaszámmal nem rendelkezik, vagy azt nem tünteti fel, a Szolgáltató telefonon vagy e-mailben felveszi a kapcsolatot a Bérlővel a visszatérítés módjának egyeztetéséről, ilyen esetben is a visszaküldött Eszközöket a Szolgáltató által történő kézhezvételétől számított 14 napon belül kerül sor a visszatérítésre.</w:t>
      </w:r>
      <w:r w:rsidR="00EA0673">
        <w:rPr>
          <w:sz w:val="20"/>
          <w:szCs w:val="20"/>
        </w:rPr>
        <w:br/>
      </w:r>
    </w:p>
    <w:p w14:paraId="7A727862" w14:textId="3BF12AF5" w:rsidR="00403EC2" w:rsidRPr="00EA0673" w:rsidRDefault="00000000" w:rsidP="00EA0673">
      <w:pPr>
        <w:pStyle w:val="Listaszerbekezds"/>
        <w:numPr>
          <w:ilvl w:val="0"/>
          <w:numId w:val="24"/>
        </w:numPr>
        <w:rPr>
          <w:sz w:val="20"/>
          <w:szCs w:val="20"/>
        </w:rPr>
      </w:pPr>
      <w:r w:rsidRPr="00EA0673">
        <w:rPr>
          <w:sz w:val="20"/>
          <w:szCs w:val="20"/>
        </w:rPr>
        <w:t>A Bérlőt a visszatérítésből adódóan semmilyen többletdíj nem terhelheti.</w:t>
      </w:r>
      <w:r w:rsidR="00EA0673">
        <w:rPr>
          <w:sz w:val="20"/>
          <w:szCs w:val="20"/>
        </w:rPr>
        <w:br/>
      </w:r>
    </w:p>
    <w:p w14:paraId="14814243" w14:textId="516081E1" w:rsidR="00403EC2" w:rsidRPr="00EA0673" w:rsidRDefault="00000000" w:rsidP="00EA0673">
      <w:pPr>
        <w:pStyle w:val="Listaszerbekezds"/>
        <w:numPr>
          <w:ilvl w:val="0"/>
          <w:numId w:val="24"/>
        </w:numPr>
        <w:rPr>
          <w:sz w:val="20"/>
          <w:szCs w:val="20"/>
        </w:rPr>
      </w:pPr>
      <w:r w:rsidRPr="00EA0673">
        <w:rPr>
          <w:sz w:val="20"/>
          <w:szCs w:val="20"/>
        </w:rPr>
        <w:t>A Szolgáltató mindaddig visszatarthatja a visszatérítést, amíg a Vásárlótól nem kapta vissza a megrendelt Eszközt, vagy a Bérlő hitelt érdemlően nem igazolta, hogy az Eszközt a Szolgáltatónak visszaküldte; a kettő közül a korábbi időpontot kell figyelembe venni.</w:t>
      </w:r>
      <w:r w:rsidR="00EA0673">
        <w:rPr>
          <w:sz w:val="20"/>
          <w:szCs w:val="20"/>
        </w:rPr>
        <w:br/>
      </w:r>
    </w:p>
    <w:p w14:paraId="3DD7C527" w14:textId="5ADD781D" w:rsidR="00403EC2" w:rsidRPr="00EA0673" w:rsidRDefault="00000000" w:rsidP="00EA0673">
      <w:pPr>
        <w:pStyle w:val="Listaszerbekezds"/>
        <w:numPr>
          <w:ilvl w:val="0"/>
          <w:numId w:val="24"/>
        </w:numPr>
        <w:rPr>
          <w:sz w:val="20"/>
          <w:szCs w:val="20"/>
        </w:rPr>
      </w:pPr>
      <w:r w:rsidRPr="00EA0673">
        <w:rPr>
          <w:sz w:val="20"/>
          <w:szCs w:val="20"/>
        </w:rPr>
        <w:t>A fogyasztó elállása, illetve felmondása esetén a megrendelt és már esetlegesen kézhez kapott Eszközt köteles legkésőbb 14 napon belül a Szolgáltató jelen ÁSZF-ben megjelölt címére visszaküldeni. A határidő betartottnak minősül, ha a Bérlő a 14 napos határidő letelte előtt elküldi (postára adja vagy az általa megrendelt futárnak átadja) az Eszközt.</w:t>
      </w:r>
      <w:r w:rsidR="00EA0673">
        <w:rPr>
          <w:sz w:val="20"/>
          <w:szCs w:val="20"/>
        </w:rPr>
        <w:br/>
      </w:r>
    </w:p>
    <w:p w14:paraId="19B34795" w14:textId="42F9A3C0" w:rsidR="00403EC2" w:rsidRPr="00EA0673" w:rsidRDefault="00000000" w:rsidP="00EA0673">
      <w:pPr>
        <w:pStyle w:val="Listaszerbekezds"/>
        <w:numPr>
          <w:ilvl w:val="0"/>
          <w:numId w:val="24"/>
        </w:numPr>
        <w:rPr>
          <w:sz w:val="20"/>
          <w:szCs w:val="20"/>
        </w:rPr>
      </w:pPr>
      <w:r w:rsidRPr="00EA0673">
        <w:rPr>
          <w:sz w:val="20"/>
          <w:szCs w:val="20"/>
        </w:rPr>
        <w:t>A visszaküldéssel, illetve visszajuttatással járó költségek a fogyasztót terhelik. A Szolgáltatónak az utánvéttel visszaküldött csomagot nem áll módjában átvenni. Az Eszköz visszaküldésének költségén kívül az elállás kapcsán a Bérlőt semmilyen más költség nem terheli.</w:t>
      </w:r>
      <w:r w:rsidR="00EA0673">
        <w:rPr>
          <w:sz w:val="20"/>
          <w:szCs w:val="20"/>
        </w:rPr>
        <w:br/>
      </w:r>
    </w:p>
    <w:p w14:paraId="0DCDCD83" w14:textId="39FFAE85" w:rsidR="00403EC2" w:rsidRPr="00EA0673" w:rsidRDefault="00000000" w:rsidP="00EA0673">
      <w:pPr>
        <w:pStyle w:val="Listaszerbekezds"/>
        <w:numPr>
          <w:ilvl w:val="0"/>
          <w:numId w:val="24"/>
        </w:numPr>
        <w:rPr>
          <w:sz w:val="20"/>
          <w:szCs w:val="20"/>
        </w:rPr>
      </w:pPr>
      <w:r w:rsidRPr="00EA0673">
        <w:rPr>
          <w:sz w:val="20"/>
          <w:szCs w:val="20"/>
        </w:rPr>
        <w:t>Ha a fogyasztó az Eszközt sérülten küldi vissza, köteles az Eszköz kiskereskedelmi vételárát a Szolgáltatónak megtéríteni. A Szolgáltató követelheti az Eszköz jellegének, tulajdonságainak és működésének megállapításához szükséges használatot meghaladó használatból eredő értékcsökkenés, illetve ésszerű költségeinek megtérítését.</w:t>
      </w:r>
    </w:p>
    <w:p w14:paraId="2B51DEC7" w14:textId="77777777" w:rsidR="00403EC2" w:rsidRPr="004B66D1" w:rsidRDefault="00403EC2" w:rsidP="00197924">
      <w:pPr>
        <w:ind w:left="426"/>
        <w:rPr>
          <w:sz w:val="20"/>
          <w:szCs w:val="20"/>
        </w:rPr>
      </w:pPr>
    </w:p>
    <w:p w14:paraId="7EDC3701" w14:textId="1CF4CEE0" w:rsidR="00403EC2" w:rsidRPr="00EA0673" w:rsidRDefault="00000000" w:rsidP="00EA0673">
      <w:pPr>
        <w:pStyle w:val="Listaszerbekezds"/>
        <w:numPr>
          <w:ilvl w:val="0"/>
          <w:numId w:val="10"/>
        </w:numPr>
        <w:rPr>
          <w:b/>
          <w:bCs/>
          <w:sz w:val="20"/>
          <w:szCs w:val="20"/>
        </w:rPr>
      </w:pPr>
      <w:r w:rsidRPr="00EA0673">
        <w:rPr>
          <w:b/>
          <w:bCs/>
          <w:sz w:val="20"/>
          <w:szCs w:val="20"/>
        </w:rPr>
        <w:t>HIBÁS TELJESÍTÉS</w:t>
      </w:r>
    </w:p>
    <w:p w14:paraId="613722D6" w14:textId="77777777" w:rsidR="00403EC2" w:rsidRPr="00EA0673" w:rsidRDefault="00000000" w:rsidP="00197924">
      <w:pPr>
        <w:ind w:left="426"/>
        <w:rPr>
          <w:b/>
          <w:bCs/>
          <w:sz w:val="20"/>
          <w:szCs w:val="20"/>
        </w:rPr>
      </w:pPr>
      <w:r w:rsidRPr="00EA0673">
        <w:rPr>
          <w:b/>
          <w:bCs/>
          <w:sz w:val="20"/>
          <w:szCs w:val="20"/>
        </w:rPr>
        <w:t>Kellékszavatosság</w:t>
      </w:r>
    </w:p>
    <w:p w14:paraId="1B406727" w14:textId="71B9819C" w:rsidR="00403EC2" w:rsidRPr="00EA0673" w:rsidRDefault="00000000" w:rsidP="00EA0673">
      <w:pPr>
        <w:pStyle w:val="Listaszerbekezds"/>
        <w:numPr>
          <w:ilvl w:val="0"/>
          <w:numId w:val="26"/>
        </w:numPr>
        <w:rPr>
          <w:sz w:val="20"/>
          <w:szCs w:val="20"/>
        </w:rPr>
      </w:pPr>
      <w:r w:rsidRPr="00EA0673">
        <w:rPr>
          <w:sz w:val="20"/>
          <w:szCs w:val="20"/>
        </w:rPr>
        <w:t>Fogyasztó a Szolgáltató hibás teljesítése esetén a Szolgáltatóval szemben kellékszavatossági igényt érvényesíthet a Polgári Törvénykönyvről szóló 2013. évi V. törvény szabályai szerint.</w:t>
      </w:r>
      <w:r w:rsidR="00EA0673">
        <w:rPr>
          <w:sz w:val="20"/>
          <w:szCs w:val="20"/>
        </w:rPr>
        <w:br/>
      </w:r>
    </w:p>
    <w:p w14:paraId="10C1FCDE" w14:textId="2962269B" w:rsidR="00403EC2" w:rsidRPr="00EA0673" w:rsidRDefault="00000000" w:rsidP="00EA0673">
      <w:pPr>
        <w:pStyle w:val="Listaszerbekezds"/>
        <w:numPr>
          <w:ilvl w:val="0"/>
          <w:numId w:val="26"/>
        </w:numPr>
        <w:rPr>
          <w:sz w:val="20"/>
          <w:szCs w:val="20"/>
        </w:rPr>
      </w:pPr>
      <w:r w:rsidRPr="00EA0673">
        <w:rPr>
          <w:sz w:val="20"/>
          <w:szCs w:val="20"/>
        </w:rPr>
        <w:t>A Szolgáltató hibásan teljesít, ha a szolgáltatás a teljesítés időpontjában nem felel meg a szerződésben vagy jogszabályban megállapított minőségi követelményeknek. Nem teljesít hibásan a Szolgáltató, ha a jogosult a hibát a szerződéskötés időpontjában ismerte, vagy a hibát a szerződéskötés időpontjában ismernie kellett.</w:t>
      </w:r>
      <w:r w:rsidR="00EA0673">
        <w:rPr>
          <w:sz w:val="20"/>
          <w:szCs w:val="20"/>
        </w:rPr>
        <w:br/>
      </w:r>
    </w:p>
    <w:p w14:paraId="7D0E7EE0" w14:textId="015BB155" w:rsidR="00403EC2" w:rsidRPr="00EA0673" w:rsidRDefault="00000000" w:rsidP="00EA0673">
      <w:pPr>
        <w:pStyle w:val="Listaszerbekezds"/>
        <w:numPr>
          <w:ilvl w:val="0"/>
          <w:numId w:val="26"/>
        </w:numPr>
        <w:rPr>
          <w:sz w:val="20"/>
          <w:szCs w:val="20"/>
        </w:rPr>
      </w:pPr>
      <w:r w:rsidRPr="00EA0673">
        <w:rPr>
          <w:sz w:val="20"/>
          <w:szCs w:val="20"/>
        </w:rPr>
        <w:t>Fogyasztó és a Szolgáltató közötti szerződés esetén az ellenkező bizonyításáig vélelmezni kell, hogy a teljesítést követő hat hónapon belül a fogyasztó által felismert hiba már a teljesítés időpontjában megvolt, kivéve, ha e vélelem a dolog természetével vagy a hiba jellegével összeegyeztethetetlen.</w:t>
      </w:r>
      <w:r w:rsidR="00EA0673">
        <w:rPr>
          <w:sz w:val="20"/>
          <w:szCs w:val="20"/>
        </w:rPr>
        <w:br/>
      </w:r>
    </w:p>
    <w:p w14:paraId="30265A5A" w14:textId="6AECBC7E" w:rsidR="00403EC2" w:rsidRPr="00EA0673" w:rsidRDefault="00000000" w:rsidP="00EA0673">
      <w:pPr>
        <w:pStyle w:val="Listaszerbekezds"/>
        <w:numPr>
          <w:ilvl w:val="0"/>
          <w:numId w:val="26"/>
        </w:numPr>
        <w:rPr>
          <w:sz w:val="20"/>
          <w:szCs w:val="20"/>
        </w:rPr>
      </w:pPr>
      <w:r w:rsidRPr="00EA0673">
        <w:rPr>
          <w:sz w:val="20"/>
          <w:szCs w:val="20"/>
        </w:rPr>
        <w:lastRenderedPageBreak/>
        <w:t>Olyan szerződés alapján, amelyben a felek kölcsönös szolgáltatásokkal tartoznak, a Szolgáltató a hibás teljesítésért kellékszavatossággal tartozik.</w:t>
      </w:r>
      <w:r w:rsidR="00EA0673">
        <w:rPr>
          <w:sz w:val="20"/>
          <w:szCs w:val="20"/>
        </w:rPr>
        <w:br/>
      </w:r>
    </w:p>
    <w:p w14:paraId="44830271" w14:textId="77777777" w:rsidR="00EA0673" w:rsidRPr="00EA0673" w:rsidRDefault="00000000" w:rsidP="00EA0673">
      <w:pPr>
        <w:pStyle w:val="Listaszerbekezds"/>
        <w:numPr>
          <w:ilvl w:val="0"/>
          <w:numId w:val="26"/>
        </w:numPr>
        <w:rPr>
          <w:sz w:val="20"/>
          <w:szCs w:val="20"/>
        </w:rPr>
      </w:pPr>
      <w:r w:rsidRPr="00EA0673">
        <w:rPr>
          <w:sz w:val="20"/>
          <w:szCs w:val="20"/>
        </w:rPr>
        <w:t xml:space="preserve">Kellékszavatossági igénye alapján a Fogyasztó választása szerint kérhet kijavítást vagy kicserélést, kivéve, ha az ezek közül a Fogyasztó által választott igény teljesítése lehetetlen vagy a Szolgáltató számára más igénye teljesítéséhez képest aránytalan többletköltséggel járna. Ha a kijavítást vagy a kicserélést nem kérte, illetve nem kérhette, úgy igényelheti az ellenszolgáltatás arányos leszállítását vagy a hibát a Szolgáltató költségére fogyasztó is kijavíthatja, illetve mással kijavíttathatja vagy – végső esetben – a szerződéstől is elállhat. </w:t>
      </w:r>
      <w:r w:rsidRPr="00EA0673">
        <w:rPr>
          <w:b/>
          <w:bCs/>
          <w:sz w:val="20"/>
          <w:szCs w:val="20"/>
        </w:rPr>
        <w:t>Jelentéktelen hiba miatt elállásnak nincs helye.</w:t>
      </w:r>
    </w:p>
    <w:p w14:paraId="1E30E209" w14:textId="008D36FC" w:rsidR="00403EC2" w:rsidRPr="00EA0673" w:rsidRDefault="00000000" w:rsidP="00EA0673">
      <w:pPr>
        <w:pStyle w:val="Listaszerbekezds"/>
        <w:numPr>
          <w:ilvl w:val="0"/>
          <w:numId w:val="26"/>
        </w:numPr>
        <w:rPr>
          <w:sz w:val="20"/>
          <w:szCs w:val="20"/>
        </w:rPr>
      </w:pPr>
      <w:r w:rsidRPr="00EA0673">
        <w:rPr>
          <w:sz w:val="20"/>
          <w:szCs w:val="20"/>
        </w:rPr>
        <w:t>A Fogyasztó a választott kellékszavatossági jogáról másikra térhet át. Az áttéréssel okozott költséget köteles a Szolgáltatónak megfizetni, kivéve, ha az áttérésre a Szolgáltató adott okot, vagy az áttérés egyébként indokolt volt.</w:t>
      </w:r>
      <w:r w:rsidR="00EA0673" w:rsidRPr="00EA0673">
        <w:rPr>
          <w:sz w:val="20"/>
          <w:szCs w:val="20"/>
        </w:rPr>
        <w:br/>
      </w:r>
    </w:p>
    <w:p w14:paraId="545C28FE" w14:textId="39374D92" w:rsidR="00403EC2" w:rsidRPr="00EA0673" w:rsidRDefault="00000000" w:rsidP="00EA0673">
      <w:pPr>
        <w:pStyle w:val="Listaszerbekezds"/>
        <w:numPr>
          <w:ilvl w:val="0"/>
          <w:numId w:val="26"/>
        </w:numPr>
        <w:rPr>
          <w:sz w:val="20"/>
          <w:szCs w:val="20"/>
        </w:rPr>
      </w:pPr>
      <w:r w:rsidRPr="00EA0673">
        <w:rPr>
          <w:sz w:val="20"/>
          <w:szCs w:val="20"/>
        </w:rPr>
        <w:t>A Fogyasztó a hiba felfedezése után késedelem nélkül köteles a hibát a Szolgáltatóval közölni. A Fogyasztó és a Szolgáltató közötti szerződés esetén a hiba felfedezésétől számított két hónapon belül közölt hibát késedelem nélkül közöltnek kell tekinteni. A közlés késedelméből eredő kárért a fogyasztó felelős. Fogyasztó és a Szolgáltató közötti szerződés esetén a Fogyasztó kellékszavatossági igénye a teljesítés időpontjától számított két év alatt évül el.</w:t>
      </w:r>
      <w:r w:rsidR="00EA0673">
        <w:rPr>
          <w:sz w:val="20"/>
          <w:szCs w:val="20"/>
        </w:rPr>
        <w:br/>
      </w:r>
    </w:p>
    <w:p w14:paraId="6E9D7B2D" w14:textId="7CD84818" w:rsidR="00403EC2" w:rsidRPr="00EA0673" w:rsidRDefault="00000000" w:rsidP="00EA0673">
      <w:pPr>
        <w:pStyle w:val="Listaszerbekezds"/>
        <w:numPr>
          <w:ilvl w:val="0"/>
          <w:numId w:val="26"/>
        </w:numPr>
        <w:rPr>
          <w:sz w:val="20"/>
          <w:szCs w:val="20"/>
        </w:rPr>
      </w:pPr>
      <w:r w:rsidRPr="00EA0673">
        <w:rPr>
          <w:sz w:val="20"/>
          <w:szCs w:val="20"/>
        </w:rPr>
        <w:t>Nem fogyasztónak minősülő Vásárlóval kötött szerződés esetén a jogosult az átvétel időpontjától számított 1 éves elévülési határidő alatt érvényesítheti szavatossági igényeit.</w:t>
      </w:r>
    </w:p>
    <w:p w14:paraId="2A8B648F" w14:textId="77777777" w:rsidR="00403EC2" w:rsidRPr="004B66D1" w:rsidRDefault="00403EC2" w:rsidP="00197924">
      <w:pPr>
        <w:ind w:left="426"/>
        <w:rPr>
          <w:sz w:val="20"/>
          <w:szCs w:val="20"/>
        </w:rPr>
      </w:pPr>
    </w:p>
    <w:p w14:paraId="409D9B7D" w14:textId="77777777" w:rsidR="00403EC2" w:rsidRPr="00EA0673" w:rsidRDefault="00000000" w:rsidP="00197924">
      <w:pPr>
        <w:ind w:left="426"/>
        <w:rPr>
          <w:b/>
          <w:bCs/>
          <w:sz w:val="20"/>
          <w:szCs w:val="20"/>
        </w:rPr>
      </w:pPr>
      <w:r w:rsidRPr="00EA0673">
        <w:rPr>
          <w:b/>
          <w:bCs/>
          <w:sz w:val="20"/>
          <w:szCs w:val="20"/>
        </w:rPr>
        <w:t>Termékszavatosság</w:t>
      </w:r>
    </w:p>
    <w:p w14:paraId="7962E692" w14:textId="2EE25322" w:rsidR="00403EC2" w:rsidRPr="00EA0673" w:rsidRDefault="00000000" w:rsidP="00EA0673">
      <w:pPr>
        <w:pStyle w:val="Listaszerbekezds"/>
        <w:numPr>
          <w:ilvl w:val="0"/>
          <w:numId w:val="26"/>
        </w:numPr>
        <w:rPr>
          <w:sz w:val="20"/>
          <w:szCs w:val="20"/>
        </w:rPr>
      </w:pPr>
      <w:r w:rsidRPr="00EA0673">
        <w:rPr>
          <w:sz w:val="20"/>
          <w:szCs w:val="20"/>
        </w:rPr>
        <w:t>Az Eszköz hibája esetén a Fogyasztó - választása szerint – kellékszavatossági jogot vagy termékszavatossági igényt érvényesíthet.</w:t>
      </w:r>
      <w:r w:rsidR="00EA0673">
        <w:rPr>
          <w:sz w:val="20"/>
          <w:szCs w:val="20"/>
        </w:rPr>
        <w:br/>
      </w:r>
    </w:p>
    <w:p w14:paraId="623458E9" w14:textId="378D9A93" w:rsidR="00403EC2" w:rsidRPr="00EA0673" w:rsidRDefault="00000000" w:rsidP="00EA0673">
      <w:pPr>
        <w:pStyle w:val="Listaszerbekezds"/>
        <w:numPr>
          <w:ilvl w:val="0"/>
          <w:numId w:val="26"/>
        </w:numPr>
        <w:rPr>
          <w:sz w:val="20"/>
          <w:szCs w:val="20"/>
        </w:rPr>
      </w:pPr>
      <w:r w:rsidRPr="00EA0673">
        <w:rPr>
          <w:sz w:val="20"/>
          <w:szCs w:val="20"/>
        </w:rPr>
        <w:t>Termékszavatossági igényként a Fogyasztó kizárólag a hibás Eszköz kijavítását vagy kicserélését kérheti.</w:t>
      </w:r>
      <w:r w:rsidR="00EA0673">
        <w:rPr>
          <w:sz w:val="20"/>
          <w:szCs w:val="20"/>
        </w:rPr>
        <w:br/>
      </w:r>
    </w:p>
    <w:p w14:paraId="0D43D5D0" w14:textId="37731C9D" w:rsidR="00403EC2" w:rsidRPr="00EA0673" w:rsidRDefault="00000000" w:rsidP="00EA0673">
      <w:pPr>
        <w:pStyle w:val="Listaszerbekezds"/>
        <w:numPr>
          <w:ilvl w:val="0"/>
          <w:numId w:val="26"/>
        </w:numPr>
        <w:rPr>
          <w:sz w:val="20"/>
          <w:szCs w:val="20"/>
        </w:rPr>
      </w:pPr>
      <w:r w:rsidRPr="00EA0673">
        <w:rPr>
          <w:sz w:val="20"/>
          <w:szCs w:val="20"/>
        </w:rPr>
        <w:t>Az Eszköz akkor hibás, ha az nem felel meg a forgalomba hozatalakor hatályos minőségi követelményeknek vagy ha nem rendelkezik a gyártó által adott leírásban szereplő tulajdonságokkal.</w:t>
      </w:r>
      <w:r w:rsidR="00EA0673">
        <w:rPr>
          <w:sz w:val="20"/>
          <w:szCs w:val="20"/>
        </w:rPr>
        <w:br/>
      </w:r>
    </w:p>
    <w:p w14:paraId="7E6E4701" w14:textId="424F5CE7" w:rsidR="00403EC2" w:rsidRPr="00EA0673" w:rsidRDefault="00000000" w:rsidP="00EA0673">
      <w:pPr>
        <w:pStyle w:val="Listaszerbekezds"/>
        <w:numPr>
          <w:ilvl w:val="0"/>
          <w:numId w:val="26"/>
        </w:numPr>
        <w:rPr>
          <w:sz w:val="20"/>
          <w:szCs w:val="20"/>
        </w:rPr>
      </w:pPr>
      <w:r w:rsidRPr="00EA0673">
        <w:rPr>
          <w:sz w:val="20"/>
          <w:szCs w:val="20"/>
        </w:rPr>
        <w:t>Termékszavatossági igényét a Fogyasztó a Termék gyártó általi forgalomba hozatalától számított két éven belül érvényesítheti. E határidő elteltével e jogosultságát elveszti.</w:t>
      </w:r>
      <w:r w:rsidR="00EA0673">
        <w:rPr>
          <w:sz w:val="20"/>
          <w:szCs w:val="20"/>
        </w:rPr>
        <w:br/>
      </w:r>
    </w:p>
    <w:p w14:paraId="67A6E546" w14:textId="3D435BD2" w:rsidR="00403EC2" w:rsidRPr="00EA0673" w:rsidRDefault="00000000" w:rsidP="00EA0673">
      <w:pPr>
        <w:pStyle w:val="Listaszerbekezds"/>
        <w:numPr>
          <w:ilvl w:val="0"/>
          <w:numId w:val="26"/>
        </w:numPr>
        <w:rPr>
          <w:sz w:val="20"/>
          <w:szCs w:val="20"/>
        </w:rPr>
      </w:pPr>
      <w:r w:rsidRPr="00EA0673">
        <w:rPr>
          <w:sz w:val="20"/>
          <w:szCs w:val="20"/>
        </w:rPr>
        <w:t>Termékszavatossági igényét a Fogyasztó kizárólag az ingó dolog gyártójával vagy forgalmazójával szemben gyakorolhatja. A termék hibáját termékszavatossági igény érvényesítése esetén a Fogyasztónak kell bizonyítania.</w:t>
      </w:r>
      <w:r w:rsidR="00EA0673">
        <w:rPr>
          <w:sz w:val="20"/>
          <w:szCs w:val="20"/>
        </w:rPr>
        <w:br/>
      </w:r>
    </w:p>
    <w:p w14:paraId="08B6AEA3" w14:textId="3D0E0CC7" w:rsidR="00403EC2" w:rsidRPr="00EA0673" w:rsidRDefault="00000000" w:rsidP="00EA0673">
      <w:pPr>
        <w:pStyle w:val="Listaszerbekezds"/>
        <w:numPr>
          <w:ilvl w:val="0"/>
          <w:numId w:val="26"/>
        </w:numPr>
        <w:rPr>
          <w:sz w:val="20"/>
          <w:szCs w:val="20"/>
        </w:rPr>
      </w:pPr>
      <w:r w:rsidRPr="00EA0673">
        <w:rPr>
          <w:sz w:val="20"/>
          <w:szCs w:val="20"/>
        </w:rPr>
        <w:t>A gyártó (forgalmazó) kizárólag akkor mentesül termékszavatossági kötelezettsége alól, ha bizonyítani tudja, hogy:</w:t>
      </w:r>
    </w:p>
    <w:p w14:paraId="63564E86" w14:textId="77777777" w:rsidR="00403EC2" w:rsidRPr="00CF0584" w:rsidRDefault="00000000" w:rsidP="00CF0584">
      <w:pPr>
        <w:pStyle w:val="Listaszerbekezds"/>
        <w:numPr>
          <w:ilvl w:val="0"/>
          <w:numId w:val="27"/>
        </w:numPr>
        <w:rPr>
          <w:sz w:val="20"/>
          <w:szCs w:val="20"/>
        </w:rPr>
      </w:pPr>
      <w:r w:rsidRPr="00CF0584">
        <w:rPr>
          <w:sz w:val="20"/>
          <w:szCs w:val="20"/>
        </w:rPr>
        <w:t>a terméket nem üzleti tevékenysége körében gyártotta, illetve hozta forgalomba, vagy</w:t>
      </w:r>
    </w:p>
    <w:p w14:paraId="010F4413" w14:textId="77777777" w:rsidR="00403EC2" w:rsidRPr="00CF0584" w:rsidRDefault="00000000" w:rsidP="00CF0584">
      <w:pPr>
        <w:pStyle w:val="Listaszerbekezds"/>
        <w:numPr>
          <w:ilvl w:val="0"/>
          <w:numId w:val="27"/>
        </w:numPr>
        <w:rPr>
          <w:sz w:val="20"/>
          <w:szCs w:val="20"/>
        </w:rPr>
      </w:pPr>
      <w:r w:rsidRPr="00CF0584">
        <w:rPr>
          <w:sz w:val="20"/>
          <w:szCs w:val="20"/>
        </w:rPr>
        <w:t>a hiba a tudomány és a technika állása szerint a forgalomba hozatal időpontjában nem volt felismerhető vagy</w:t>
      </w:r>
    </w:p>
    <w:p w14:paraId="41B334C4" w14:textId="77777777" w:rsidR="00403EC2" w:rsidRPr="00CF0584" w:rsidRDefault="00000000" w:rsidP="00CF0584">
      <w:pPr>
        <w:pStyle w:val="Listaszerbekezds"/>
        <w:numPr>
          <w:ilvl w:val="0"/>
          <w:numId w:val="27"/>
        </w:numPr>
        <w:rPr>
          <w:sz w:val="20"/>
          <w:szCs w:val="20"/>
        </w:rPr>
      </w:pPr>
      <w:r w:rsidRPr="00CF0584">
        <w:rPr>
          <w:sz w:val="20"/>
          <w:szCs w:val="20"/>
        </w:rPr>
        <w:t>a termék hibája jogszabály vagy kötelező hatósági előírás alkalmazásából ered.</w:t>
      </w:r>
    </w:p>
    <w:p w14:paraId="12FC0EF6" w14:textId="77777777" w:rsidR="00403EC2" w:rsidRPr="004B66D1" w:rsidRDefault="00000000" w:rsidP="00197924">
      <w:pPr>
        <w:ind w:left="426"/>
        <w:rPr>
          <w:sz w:val="20"/>
          <w:szCs w:val="20"/>
        </w:rPr>
      </w:pPr>
      <w:r w:rsidRPr="004B66D1">
        <w:rPr>
          <w:sz w:val="20"/>
          <w:szCs w:val="20"/>
        </w:rPr>
        <w:t>A gyártónak (forgalmazónak) a mentesüléshez elegendő egy okot bizonyítania.</w:t>
      </w:r>
    </w:p>
    <w:p w14:paraId="6AD6A471" w14:textId="77777777" w:rsidR="00403EC2" w:rsidRPr="004B66D1" w:rsidRDefault="00000000" w:rsidP="00197924">
      <w:pPr>
        <w:ind w:left="426"/>
        <w:rPr>
          <w:sz w:val="20"/>
          <w:szCs w:val="20"/>
        </w:rPr>
      </w:pPr>
      <w:r w:rsidRPr="004B66D1">
        <w:rPr>
          <w:sz w:val="20"/>
          <w:szCs w:val="20"/>
        </w:rPr>
        <w:lastRenderedPageBreak/>
        <w:t>Ugyanazon hiba miatt kellékszavatossági és termékszavatossági igény egyszerre, egymással párhuzamosan nem érvényesíthető. Termékszavatossági igény eredményes érvényesítése esetén azonban a kicserélt Termékre, illetve kijavított részre vonatkozó kellékszavatossági igény a gyártóval szemben érvényesíthető.</w:t>
      </w:r>
    </w:p>
    <w:p w14:paraId="476F8247" w14:textId="77777777" w:rsidR="00403EC2" w:rsidRPr="004B66D1" w:rsidRDefault="00403EC2" w:rsidP="00197924">
      <w:pPr>
        <w:ind w:left="426"/>
        <w:rPr>
          <w:sz w:val="20"/>
          <w:szCs w:val="20"/>
        </w:rPr>
      </w:pPr>
    </w:p>
    <w:p w14:paraId="1BE5C81E" w14:textId="77777777" w:rsidR="00403EC2" w:rsidRPr="00BA0899" w:rsidRDefault="00000000" w:rsidP="00197924">
      <w:pPr>
        <w:ind w:left="426"/>
        <w:rPr>
          <w:b/>
          <w:bCs/>
          <w:sz w:val="20"/>
          <w:szCs w:val="20"/>
        </w:rPr>
      </w:pPr>
      <w:r w:rsidRPr="00BA0899">
        <w:rPr>
          <w:b/>
          <w:bCs/>
          <w:sz w:val="20"/>
          <w:szCs w:val="20"/>
        </w:rPr>
        <w:t>Jótállás</w:t>
      </w:r>
    </w:p>
    <w:p w14:paraId="593AF712" w14:textId="0F5CAD82" w:rsidR="00403EC2" w:rsidRPr="00BA0899" w:rsidRDefault="00000000" w:rsidP="00BA0899">
      <w:pPr>
        <w:pStyle w:val="Listaszerbekezds"/>
        <w:numPr>
          <w:ilvl w:val="0"/>
          <w:numId w:val="26"/>
        </w:numPr>
        <w:rPr>
          <w:sz w:val="20"/>
          <w:szCs w:val="20"/>
        </w:rPr>
      </w:pPr>
      <w:r w:rsidRPr="00BA0899">
        <w:rPr>
          <w:sz w:val="20"/>
          <w:szCs w:val="20"/>
        </w:rPr>
        <w:t>A Szolgáltató jótállást nem vállal.</w:t>
      </w:r>
    </w:p>
    <w:p w14:paraId="46255504" w14:textId="77777777" w:rsidR="00403EC2" w:rsidRPr="004B66D1" w:rsidRDefault="00403EC2" w:rsidP="00197924">
      <w:pPr>
        <w:ind w:left="426"/>
        <w:rPr>
          <w:sz w:val="20"/>
          <w:szCs w:val="20"/>
        </w:rPr>
      </w:pPr>
    </w:p>
    <w:p w14:paraId="213B4E60" w14:textId="61548718" w:rsidR="00403EC2" w:rsidRPr="00BA0899" w:rsidRDefault="00000000" w:rsidP="00BA0899">
      <w:pPr>
        <w:pStyle w:val="Listaszerbekezds"/>
        <w:numPr>
          <w:ilvl w:val="0"/>
          <w:numId w:val="10"/>
        </w:numPr>
        <w:rPr>
          <w:b/>
          <w:bCs/>
          <w:sz w:val="20"/>
          <w:szCs w:val="20"/>
        </w:rPr>
      </w:pPr>
      <w:r w:rsidRPr="00BA0899">
        <w:rPr>
          <w:b/>
          <w:bCs/>
          <w:sz w:val="20"/>
          <w:szCs w:val="20"/>
        </w:rPr>
        <w:t>PANASZKEZELÉS, VITÁK RENDEZÉSE</w:t>
      </w:r>
    </w:p>
    <w:p w14:paraId="7B3A7D22" w14:textId="35F2424B" w:rsidR="00403EC2" w:rsidRPr="00BA0899" w:rsidRDefault="00000000" w:rsidP="00BA0899">
      <w:pPr>
        <w:pStyle w:val="Listaszerbekezds"/>
        <w:numPr>
          <w:ilvl w:val="0"/>
          <w:numId w:val="28"/>
        </w:numPr>
        <w:rPr>
          <w:sz w:val="20"/>
          <w:szCs w:val="20"/>
        </w:rPr>
      </w:pPr>
      <w:r w:rsidRPr="00BA0899">
        <w:rPr>
          <w:sz w:val="20"/>
          <w:szCs w:val="20"/>
        </w:rPr>
        <w:t>A Portállal kapcsolatos panaszokat a Szolgáltatóhoz írásban, beleértve a postai úton, elektronikus levélben (e-mailben) megküldött panaszokat is, lehet bejelenteni a Szolgáltató alábbi elérhetőségein:</w:t>
      </w:r>
    </w:p>
    <w:p w14:paraId="0DDF6D67" w14:textId="4CE41463" w:rsidR="00403EC2" w:rsidRPr="004B66D1" w:rsidRDefault="00000000" w:rsidP="00BA0899">
      <w:pPr>
        <w:spacing w:after="0"/>
        <w:ind w:left="426" w:firstLine="294"/>
        <w:rPr>
          <w:sz w:val="20"/>
          <w:szCs w:val="20"/>
        </w:rPr>
      </w:pPr>
      <w:r w:rsidRPr="004B66D1">
        <w:rPr>
          <w:sz w:val="20"/>
          <w:szCs w:val="20"/>
        </w:rPr>
        <w:t xml:space="preserve">Írásbeli panasz bejelentésének címe: </w:t>
      </w:r>
      <w:r w:rsidR="00BA0899">
        <w:rPr>
          <w:sz w:val="20"/>
          <w:szCs w:val="20"/>
        </w:rPr>
        <w:tab/>
      </w:r>
      <w:r w:rsidR="00BA0899">
        <w:rPr>
          <w:sz w:val="20"/>
          <w:szCs w:val="20"/>
        </w:rPr>
        <w:tab/>
      </w:r>
      <w:r w:rsidR="00BA0899">
        <w:rPr>
          <w:sz w:val="20"/>
          <w:szCs w:val="20"/>
        </w:rPr>
        <w:tab/>
        <w:t>1113 Budapest, Bocskai út 77-79</w:t>
      </w:r>
      <w:r w:rsidRPr="004B66D1">
        <w:rPr>
          <w:sz w:val="20"/>
          <w:szCs w:val="20"/>
        </w:rPr>
        <w:t>.</w:t>
      </w:r>
    </w:p>
    <w:p w14:paraId="4F74B932" w14:textId="02120517" w:rsidR="00403EC2" w:rsidRPr="004B66D1" w:rsidRDefault="00000000" w:rsidP="00BA0899">
      <w:pPr>
        <w:spacing w:after="0"/>
        <w:ind w:left="426" w:firstLine="294"/>
        <w:rPr>
          <w:sz w:val="20"/>
          <w:szCs w:val="20"/>
        </w:rPr>
      </w:pPr>
      <w:r w:rsidRPr="004B66D1">
        <w:rPr>
          <w:sz w:val="20"/>
          <w:szCs w:val="20"/>
        </w:rPr>
        <w:t xml:space="preserve">Szolgáltató székhelye: </w:t>
      </w:r>
      <w:r w:rsidR="00BA0899">
        <w:rPr>
          <w:sz w:val="20"/>
          <w:szCs w:val="20"/>
        </w:rPr>
        <w:tab/>
      </w:r>
      <w:r w:rsidR="00BA0899">
        <w:rPr>
          <w:sz w:val="20"/>
          <w:szCs w:val="20"/>
        </w:rPr>
        <w:tab/>
      </w:r>
      <w:r w:rsidR="00BA0899">
        <w:rPr>
          <w:sz w:val="20"/>
          <w:szCs w:val="20"/>
        </w:rPr>
        <w:tab/>
      </w:r>
      <w:r w:rsidR="00BA0899">
        <w:rPr>
          <w:sz w:val="20"/>
          <w:szCs w:val="20"/>
        </w:rPr>
        <w:tab/>
      </w:r>
      <w:r w:rsidR="00BA0899">
        <w:rPr>
          <w:sz w:val="20"/>
          <w:szCs w:val="20"/>
        </w:rPr>
        <w:tab/>
      </w:r>
      <w:r w:rsidRPr="004B66D1">
        <w:rPr>
          <w:sz w:val="20"/>
          <w:szCs w:val="20"/>
        </w:rPr>
        <w:t>2040 Budaörs, Petőfi utca 44.</w:t>
      </w:r>
    </w:p>
    <w:p w14:paraId="4BF19685" w14:textId="4F8C0A29" w:rsidR="00403EC2" w:rsidRPr="004B66D1" w:rsidRDefault="00000000" w:rsidP="00BA0899">
      <w:pPr>
        <w:spacing w:after="0"/>
        <w:ind w:left="426" w:firstLine="294"/>
        <w:rPr>
          <w:sz w:val="20"/>
          <w:szCs w:val="20"/>
        </w:rPr>
      </w:pPr>
      <w:r w:rsidRPr="004B66D1">
        <w:rPr>
          <w:sz w:val="20"/>
          <w:szCs w:val="20"/>
        </w:rPr>
        <w:t xml:space="preserve">Szolgáltató postacíme: </w:t>
      </w:r>
      <w:r w:rsidR="00BA0899">
        <w:rPr>
          <w:sz w:val="20"/>
          <w:szCs w:val="20"/>
        </w:rPr>
        <w:tab/>
      </w:r>
      <w:r w:rsidR="00BA0899">
        <w:rPr>
          <w:sz w:val="20"/>
          <w:szCs w:val="20"/>
        </w:rPr>
        <w:tab/>
      </w:r>
      <w:r w:rsidR="00BA0899">
        <w:rPr>
          <w:sz w:val="20"/>
          <w:szCs w:val="20"/>
        </w:rPr>
        <w:tab/>
      </w:r>
      <w:r w:rsidR="00BA0899">
        <w:rPr>
          <w:sz w:val="20"/>
          <w:szCs w:val="20"/>
        </w:rPr>
        <w:tab/>
      </w:r>
      <w:r w:rsidR="00BA0899">
        <w:rPr>
          <w:sz w:val="20"/>
          <w:szCs w:val="20"/>
        </w:rPr>
        <w:tab/>
        <w:t>1113 Budapest, Bocskai út 77-79</w:t>
      </w:r>
      <w:r w:rsidR="00BA0899" w:rsidRPr="004B66D1">
        <w:rPr>
          <w:sz w:val="20"/>
          <w:szCs w:val="20"/>
        </w:rPr>
        <w:t>.</w:t>
      </w:r>
    </w:p>
    <w:p w14:paraId="0E28409D" w14:textId="35862294" w:rsidR="00403EC2" w:rsidRPr="004B66D1" w:rsidRDefault="00000000" w:rsidP="00BA0899">
      <w:pPr>
        <w:spacing w:after="0"/>
        <w:ind w:left="426" w:firstLine="294"/>
        <w:rPr>
          <w:sz w:val="20"/>
          <w:szCs w:val="20"/>
        </w:rPr>
      </w:pPr>
      <w:r w:rsidRPr="004B66D1">
        <w:rPr>
          <w:sz w:val="20"/>
          <w:szCs w:val="20"/>
        </w:rPr>
        <w:t xml:space="preserve">Szolgáltató e-mail címe: </w:t>
      </w:r>
      <w:r w:rsidR="00BA0899">
        <w:rPr>
          <w:sz w:val="20"/>
          <w:szCs w:val="20"/>
        </w:rPr>
        <w:tab/>
      </w:r>
      <w:r w:rsidR="00BA0899">
        <w:rPr>
          <w:sz w:val="20"/>
          <w:szCs w:val="20"/>
        </w:rPr>
        <w:tab/>
      </w:r>
      <w:r w:rsidR="00BA0899">
        <w:rPr>
          <w:sz w:val="20"/>
          <w:szCs w:val="20"/>
        </w:rPr>
        <w:tab/>
      </w:r>
      <w:r w:rsidR="00BA0899">
        <w:rPr>
          <w:sz w:val="20"/>
          <w:szCs w:val="20"/>
        </w:rPr>
        <w:tab/>
      </w:r>
      <w:r w:rsidR="00BA0899">
        <w:rPr>
          <w:sz w:val="20"/>
          <w:szCs w:val="20"/>
        </w:rPr>
        <w:tab/>
      </w:r>
      <w:hyperlink r:id="rId9" w:history="1">
        <w:r w:rsidR="00BA0899" w:rsidRPr="00213344">
          <w:rPr>
            <w:rStyle w:val="Hiperhivatkozs"/>
            <w:sz w:val="20"/>
            <w:szCs w:val="20"/>
          </w:rPr>
          <w:t>booking@tourguidesystem.hu</w:t>
        </w:r>
      </w:hyperlink>
      <w:r w:rsidR="00BA0899">
        <w:rPr>
          <w:sz w:val="20"/>
          <w:szCs w:val="20"/>
        </w:rPr>
        <w:br/>
      </w:r>
    </w:p>
    <w:p w14:paraId="394387C6" w14:textId="73C240BE" w:rsidR="00403EC2" w:rsidRPr="00BA0899" w:rsidRDefault="00000000" w:rsidP="00BA0899">
      <w:pPr>
        <w:pStyle w:val="Listaszerbekezds"/>
        <w:numPr>
          <w:ilvl w:val="0"/>
          <w:numId w:val="28"/>
        </w:numPr>
        <w:rPr>
          <w:sz w:val="20"/>
          <w:szCs w:val="20"/>
        </w:rPr>
      </w:pPr>
      <w:r w:rsidRPr="00BA0899">
        <w:rPr>
          <w:sz w:val="20"/>
          <w:szCs w:val="20"/>
        </w:rPr>
        <w:t>Szóbeli panasz benyújtása esetén a panaszról jegyzőkönyvet kell felvenni, a panaszt meg kell vizsgálni és szükség szerint, amennyiben az lehetséges, azt azonnal orvosolni kell, ellenkező esetben 30 napon belül ki kell vizsgálni és írásban kell a vizsgálat eredményéről a panaszt tevő Bérlőt tájékoztatni.</w:t>
      </w:r>
      <w:r w:rsidR="00BA0899">
        <w:rPr>
          <w:sz w:val="20"/>
          <w:szCs w:val="20"/>
        </w:rPr>
        <w:br/>
      </w:r>
    </w:p>
    <w:p w14:paraId="6EBC8E5E" w14:textId="4F0CFBDE" w:rsidR="00403EC2" w:rsidRPr="00BA0899" w:rsidRDefault="00000000" w:rsidP="00BA0899">
      <w:pPr>
        <w:pStyle w:val="Listaszerbekezds"/>
        <w:numPr>
          <w:ilvl w:val="0"/>
          <w:numId w:val="28"/>
        </w:numPr>
        <w:rPr>
          <w:sz w:val="20"/>
          <w:szCs w:val="20"/>
        </w:rPr>
      </w:pPr>
      <w:r w:rsidRPr="00BA0899">
        <w:rPr>
          <w:sz w:val="20"/>
          <w:szCs w:val="20"/>
        </w:rPr>
        <w:t>Írásbeli panasz benyújtása esetén a panaszt a Szolgáltató 30 napon belül vizsgálja ki, és ezen határidőn belül a Szolgáltató szintén írásban érdemi választ küld a panaszt tevő Bérlőnek. Ha a Szolgáltató a panaszt elutasítja, köteles azt megindokolni.</w:t>
      </w:r>
      <w:r w:rsidR="00BA0899">
        <w:rPr>
          <w:sz w:val="20"/>
          <w:szCs w:val="20"/>
        </w:rPr>
        <w:br/>
      </w:r>
    </w:p>
    <w:p w14:paraId="52AEAB60" w14:textId="2538F319" w:rsidR="00403EC2" w:rsidRPr="00BA0899" w:rsidRDefault="00000000" w:rsidP="00BA0899">
      <w:pPr>
        <w:pStyle w:val="Listaszerbekezds"/>
        <w:numPr>
          <w:ilvl w:val="0"/>
          <w:numId w:val="28"/>
        </w:numPr>
        <w:rPr>
          <w:sz w:val="20"/>
          <w:szCs w:val="20"/>
        </w:rPr>
      </w:pPr>
      <w:r w:rsidRPr="00BA0899">
        <w:rPr>
          <w:sz w:val="20"/>
          <w:szCs w:val="20"/>
        </w:rPr>
        <w:t>Ha a Fogyasztó fogyasztói jogainak megsértését észleli, jogosult panasszal fordulni a lakóhelye szerint vagy a Szolgáltató székhelye szerint illetékes fogyasztóvédelmi hatósághoz. A panasz elbírálását követően a hatóság dönt a fogyasztóvédelmi eljárás lefolytatásáról.</w:t>
      </w:r>
      <w:r w:rsidR="00A406B3">
        <w:rPr>
          <w:sz w:val="20"/>
          <w:szCs w:val="20"/>
        </w:rPr>
        <w:br/>
      </w:r>
    </w:p>
    <w:p w14:paraId="11F16C34" w14:textId="5A8FDE50" w:rsidR="00403EC2" w:rsidRPr="00A406B3" w:rsidRDefault="00000000" w:rsidP="00A406B3">
      <w:pPr>
        <w:pStyle w:val="Listaszerbekezds"/>
        <w:numPr>
          <w:ilvl w:val="0"/>
          <w:numId w:val="28"/>
        </w:numPr>
        <w:rPr>
          <w:sz w:val="20"/>
          <w:szCs w:val="20"/>
        </w:rPr>
      </w:pPr>
      <w:r w:rsidRPr="00A406B3">
        <w:rPr>
          <w:sz w:val="20"/>
          <w:szCs w:val="20"/>
        </w:rPr>
        <w:t>A Szolgáltató székhelye szerint illetékes fogyasztóvédelmi hatóság:</w:t>
      </w:r>
    </w:p>
    <w:p w14:paraId="00A39EE0" w14:textId="1EA4C00C" w:rsidR="00403EC2" w:rsidRPr="004B66D1" w:rsidRDefault="00000000" w:rsidP="00C824CF">
      <w:pPr>
        <w:ind w:left="720"/>
        <w:rPr>
          <w:sz w:val="20"/>
          <w:szCs w:val="20"/>
        </w:rPr>
      </w:pPr>
      <w:r w:rsidRPr="004B66D1">
        <w:rPr>
          <w:sz w:val="20"/>
          <w:szCs w:val="20"/>
        </w:rPr>
        <w:t>Budapest Főváros Kormányhivatala</w:t>
      </w:r>
      <w:r w:rsidR="00A406B3">
        <w:rPr>
          <w:sz w:val="20"/>
          <w:szCs w:val="20"/>
        </w:rPr>
        <w:br/>
      </w:r>
      <w:r w:rsidRPr="004B66D1">
        <w:rPr>
          <w:sz w:val="20"/>
          <w:szCs w:val="20"/>
        </w:rPr>
        <w:t>Fogyasztóvédelmi Főosztály, Fogyasztóvédelmi Osztály</w:t>
      </w:r>
      <w:r w:rsidR="00A406B3">
        <w:rPr>
          <w:sz w:val="20"/>
          <w:szCs w:val="20"/>
        </w:rPr>
        <w:br/>
      </w:r>
      <w:r w:rsidRPr="004B66D1">
        <w:rPr>
          <w:sz w:val="20"/>
          <w:szCs w:val="20"/>
        </w:rPr>
        <w:t xml:space="preserve">Cím: </w:t>
      </w:r>
      <w:r w:rsidR="00C824CF">
        <w:rPr>
          <w:sz w:val="20"/>
          <w:szCs w:val="20"/>
        </w:rPr>
        <w:t>1117 Budapest, Prielle Kornélia utca 4/b</w:t>
      </w:r>
      <w:r w:rsidR="00A406B3">
        <w:rPr>
          <w:sz w:val="20"/>
          <w:szCs w:val="20"/>
        </w:rPr>
        <w:br/>
      </w:r>
      <w:r w:rsidRPr="004B66D1">
        <w:rPr>
          <w:sz w:val="20"/>
          <w:szCs w:val="20"/>
        </w:rPr>
        <w:t>Telefonszám: +36-1 450-2598</w:t>
      </w:r>
      <w:r w:rsidR="00A406B3">
        <w:rPr>
          <w:sz w:val="20"/>
          <w:szCs w:val="20"/>
        </w:rPr>
        <w:br/>
      </w:r>
      <w:r w:rsidRPr="004B66D1">
        <w:rPr>
          <w:sz w:val="20"/>
          <w:szCs w:val="20"/>
        </w:rPr>
        <w:t xml:space="preserve">E-mail: </w:t>
      </w:r>
      <w:hyperlink r:id="rId10" w:history="1">
        <w:r w:rsidR="00C824CF" w:rsidRPr="00EA7346">
          <w:rPr>
            <w:rStyle w:val="Hiperhivatkozs"/>
            <w:sz w:val="20"/>
            <w:szCs w:val="20"/>
          </w:rPr>
          <w:t>fogyasztovedelem@bfkh.gov.hu</w:t>
        </w:r>
      </w:hyperlink>
      <w:r w:rsidR="00A406B3">
        <w:rPr>
          <w:sz w:val="20"/>
          <w:szCs w:val="20"/>
        </w:rPr>
        <w:br/>
      </w:r>
      <w:r w:rsidRPr="004B66D1">
        <w:rPr>
          <w:sz w:val="20"/>
          <w:szCs w:val="20"/>
        </w:rPr>
        <w:t>Ügyfélszolgálat (rezsipont): 1052 Budapest, Városház u. 7.</w:t>
      </w:r>
    </w:p>
    <w:p w14:paraId="201298F2" w14:textId="77777777" w:rsidR="00403EC2" w:rsidRPr="004B66D1" w:rsidRDefault="00403EC2" w:rsidP="00197924">
      <w:pPr>
        <w:ind w:left="426"/>
        <w:rPr>
          <w:sz w:val="20"/>
          <w:szCs w:val="20"/>
        </w:rPr>
      </w:pPr>
    </w:p>
    <w:p w14:paraId="04823DC8" w14:textId="3498DDC8" w:rsidR="00403EC2" w:rsidRPr="00A406B3" w:rsidRDefault="00000000" w:rsidP="00A406B3">
      <w:pPr>
        <w:pStyle w:val="Listaszerbekezds"/>
        <w:numPr>
          <w:ilvl w:val="0"/>
          <w:numId w:val="28"/>
        </w:numPr>
        <w:rPr>
          <w:sz w:val="20"/>
          <w:szCs w:val="20"/>
        </w:rPr>
      </w:pPr>
      <w:r w:rsidRPr="00A406B3">
        <w:rPr>
          <w:sz w:val="20"/>
          <w:szCs w:val="20"/>
        </w:rPr>
        <w:t>A termékek minőségével, biztonságosságával és a termékfelelősségi szabályok alkalmazásával, valamint a szerződés megkötésével és teljesítésével kapcsolatos fogyasztói jogvita bíróságon kívüli, békés rendezése céljából a Fogyasztó eljárást kezdeményezhet a lakóhelye vagy tartózkodási helye szerint illetékes békéltető testületnél, illetve fordulhat a Szolgáltató székhelye szerint illetékes szakmai kamara mellett működő békéltető testülethez. Békéltető Testületre vonatkozó szabályok alkalmazásában fogyasztónak minősül a külön törvény szerinti civil szervezet, egyház, társasház, lakásszövetkezet, mikro-, kis- és középvállalkozás is, aki árut vesz, rendel, kap, használ, igénybe vesz, vagy az áruval kapcsolatos kereskedelmi kommunikáció, ajánlat címzettje.</w:t>
      </w:r>
    </w:p>
    <w:p w14:paraId="6E540D09" w14:textId="26BB74F5" w:rsidR="00403EC2" w:rsidRPr="004B66D1" w:rsidRDefault="00000000" w:rsidP="00A406B3">
      <w:pPr>
        <w:ind w:left="426"/>
        <w:rPr>
          <w:sz w:val="20"/>
          <w:szCs w:val="20"/>
        </w:rPr>
      </w:pPr>
      <w:r w:rsidRPr="004B66D1">
        <w:rPr>
          <w:sz w:val="20"/>
          <w:szCs w:val="20"/>
        </w:rPr>
        <w:lastRenderedPageBreak/>
        <w:t>A Budapesti Békéltető Testület elérhetőségei:</w:t>
      </w:r>
      <w:r w:rsidR="00A406B3">
        <w:rPr>
          <w:sz w:val="20"/>
          <w:szCs w:val="20"/>
        </w:rPr>
        <w:br/>
      </w:r>
      <w:r w:rsidRPr="004B66D1">
        <w:rPr>
          <w:sz w:val="20"/>
          <w:szCs w:val="20"/>
        </w:rPr>
        <w:t>1016 Budapest, Krisztina krt. 99. III. em. 310.</w:t>
      </w:r>
      <w:r w:rsidR="00A406B3">
        <w:rPr>
          <w:sz w:val="20"/>
          <w:szCs w:val="20"/>
        </w:rPr>
        <w:br/>
      </w:r>
      <w:r w:rsidRPr="004B66D1">
        <w:rPr>
          <w:sz w:val="20"/>
          <w:szCs w:val="20"/>
        </w:rPr>
        <w:t>Levelezési cím: 1253 Budapest, Pf.: 10.</w:t>
      </w:r>
      <w:r w:rsidR="00A406B3">
        <w:rPr>
          <w:sz w:val="20"/>
          <w:szCs w:val="20"/>
        </w:rPr>
        <w:br/>
      </w:r>
      <w:r w:rsidRPr="004B66D1">
        <w:rPr>
          <w:sz w:val="20"/>
          <w:szCs w:val="20"/>
        </w:rPr>
        <w:t xml:space="preserve">E-mail cím: </w:t>
      </w:r>
      <w:hyperlink r:id="rId11" w:history="1">
        <w:r w:rsidR="00A406B3" w:rsidRPr="00213344">
          <w:rPr>
            <w:rStyle w:val="Hiperhivatkozs"/>
            <w:sz w:val="20"/>
            <w:szCs w:val="20"/>
          </w:rPr>
          <w:t>bekelteto.testulet@bkik.hu</w:t>
        </w:r>
      </w:hyperlink>
      <w:r w:rsidR="00A406B3">
        <w:rPr>
          <w:sz w:val="20"/>
          <w:szCs w:val="20"/>
        </w:rPr>
        <w:br/>
      </w:r>
      <w:r w:rsidRPr="004B66D1">
        <w:rPr>
          <w:sz w:val="20"/>
          <w:szCs w:val="20"/>
        </w:rPr>
        <w:t>Fax: 06 (1) 488 21 86</w:t>
      </w:r>
      <w:r w:rsidR="00A406B3">
        <w:rPr>
          <w:sz w:val="20"/>
          <w:szCs w:val="20"/>
        </w:rPr>
        <w:br/>
      </w:r>
      <w:r w:rsidRPr="004B66D1">
        <w:rPr>
          <w:sz w:val="20"/>
          <w:szCs w:val="20"/>
        </w:rPr>
        <w:t>Telefon: 06 (1) 488 21 31</w:t>
      </w:r>
    </w:p>
    <w:p w14:paraId="298506EF" w14:textId="77777777" w:rsidR="00403EC2" w:rsidRPr="004B66D1" w:rsidRDefault="00403EC2" w:rsidP="00197924">
      <w:pPr>
        <w:ind w:left="426"/>
        <w:rPr>
          <w:sz w:val="20"/>
          <w:szCs w:val="20"/>
        </w:rPr>
      </w:pPr>
    </w:p>
    <w:p w14:paraId="6F67D19E" w14:textId="71526C76" w:rsidR="00403EC2" w:rsidRPr="00A406B3" w:rsidRDefault="00000000" w:rsidP="00A406B3">
      <w:pPr>
        <w:pStyle w:val="Listaszerbekezds"/>
        <w:numPr>
          <w:ilvl w:val="0"/>
          <w:numId w:val="28"/>
        </w:numPr>
        <w:rPr>
          <w:sz w:val="20"/>
          <w:szCs w:val="20"/>
        </w:rPr>
      </w:pPr>
      <w:r w:rsidRPr="00A406B3">
        <w:rPr>
          <w:sz w:val="20"/>
          <w:szCs w:val="20"/>
        </w:rPr>
        <w:t>Amennyiben a Bérlő a Szolgáltató bármely nyilatkozatát nem tartja kielégítőnek, az esetleges bírósági jogérvényesítésen kívül az alábbi fórumokhoz fordulhat:</w:t>
      </w:r>
    </w:p>
    <w:p w14:paraId="082E2E0A" w14:textId="6CD79E54" w:rsidR="00C824CF" w:rsidRPr="00C824CF" w:rsidRDefault="00000000" w:rsidP="00C824CF">
      <w:pPr>
        <w:ind w:left="720"/>
        <w:rPr>
          <w:sz w:val="20"/>
          <w:szCs w:val="20"/>
        </w:rPr>
      </w:pPr>
      <w:r w:rsidRPr="004B66D1">
        <w:rPr>
          <w:sz w:val="20"/>
          <w:szCs w:val="20"/>
        </w:rPr>
        <w:t>Gazdasági Versenyhivatal</w:t>
      </w:r>
      <w:r w:rsidR="00A406B3">
        <w:rPr>
          <w:sz w:val="20"/>
          <w:szCs w:val="20"/>
        </w:rPr>
        <w:br/>
      </w:r>
      <w:r w:rsidR="00C824CF" w:rsidRPr="00C824CF">
        <w:rPr>
          <w:sz w:val="20"/>
          <w:szCs w:val="20"/>
        </w:rPr>
        <w:t>1026 Budapest, Rádió utca 5-11.</w:t>
      </w:r>
      <w:r w:rsidR="00C824CF">
        <w:rPr>
          <w:sz w:val="20"/>
          <w:szCs w:val="20"/>
        </w:rPr>
        <w:br/>
      </w:r>
      <w:r w:rsidR="00C824CF" w:rsidRPr="00C824CF">
        <w:rPr>
          <w:sz w:val="20"/>
          <w:szCs w:val="20"/>
        </w:rPr>
        <w:t>Levélcím: 1534 Budapest, Pf.958</w:t>
      </w:r>
      <w:r w:rsidR="00C824CF">
        <w:rPr>
          <w:sz w:val="20"/>
          <w:szCs w:val="20"/>
        </w:rPr>
        <w:br/>
      </w:r>
      <w:r w:rsidR="00C824CF" w:rsidRPr="00C824CF">
        <w:rPr>
          <w:sz w:val="20"/>
          <w:szCs w:val="20"/>
        </w:rPr>
        <w:t>Telefon: (1) 472-8900</w:t>
      </w:r>
      <w:r w:rsidR="00C824CF">
        <w:rPr>
          <w:sz w:val="20"/>
          <w:szCs w:val="20"/>
        </w:rPr>
        <w:br/>
      </w:r>
      <w:r w:rsidR="00C824CF" w:rsidRPr="00C824CF">
        <w:rPr>
          <w:sz w:val="20"/>
          <w:szCs w:val="20"/>
        </w:rPr>
        <w:t>(fogyasztó megtévesztése esetén)</w:t>
      </w:r>
    </w:p>
    <w:p w14:paraId="7A18E52F" w14:textId="25E18236" w:rsidR="00403EC2" w:rsidRPr="004B66D1" w:rsidRDefault="00C824CF" w:rsidP="00C824CF">
      <w:pPr>
        <w:ind w:left="720"/>
        <w:rPr>
          <w:sz w:val="20"/>
          <w:szCs w:val="20"/>
        </w:rPr>
      </w:pPr>
      <w:r w:rsidRPr="00C824CF">
        <w:rPr>
          <w:sz w:val="20"/>
          <w:szCs w:val="20"/>
        </w:rPr>
        <w:t>Nemzeti Média- és Hírközlési Hatóság Hivatala</w:t>
      </w:r>
      <w:r>
        <w:rPr>
          <w:sz w:val="20"/>
          <w:szCs w:val="20"/>
        </w:rPr>
        <w:br/>
      </w:r>
      <w:r w:rsidRPr="00C824CF">
        <w:rPr>
          <w:sz w:val="20"/>
          <w:szCs w:val="20"/>
        </w:rPr>
        <w:t>1133 Budapest, Visegrádi u. 106.</w:t>
      </w:r>
      <w:r>
        <w:rPr>
          <w:sz w:val="20"/>
          <w:szCs w:val="20"/>
        </w:rPr>
        <w:br/>
      </w:r>
      <w:r w:rsidRPr="00C824CF">
        <w:rPr>
          <w:sz w:val="20"/>
          <w:szCs w:val="20"/>
        </w:rPr>
        <w:t>Postacím: 1376 Budapest, Pf: 997.</w:t>
      </w:r>
      <w:r>
        <w:rPr>
          <w:sz w:val="20"/>
          <w:szCs w:val="20"/>
        </w:rPr>
        <w:br/>
      </w:r>
      <w:r w:rsidRPr="00C824CF">
        <w:rPr>
          <w:sz w:val="20"/>
          <w:szCs w:val="20"/>
        </w:rPr>
        <w:t>Tel: 36 1 468 0500, Fax: 36 1 468 0680</w:t>
      </w:r>
      <w:r>
        <w:rPr>
          <w:sz w:val="20"/>
          <w:szCs w:val="20"/>
        </w:rPr>
        <w:br/>
      </w:r>
      <w:r w:rsidRPr="00C824CF">
        <w:rPr>
          <w:sz w:val="20"/>
          <w:szCs w:val="20"/>
        </w:rPr>
        <w:t>e-mail cím: info@nmhh.hu</w:t>
      </w:r>
    </w:p>
    <w:p w14:paraId="281D3097" w14:textId="136786F9" w:rsidR="00403EC2" w:rsidRPr="00A406B3" w:rsidRDefault="00000000" w:rsidP="00A406B3">
      <w:pPr>
        <w:pStyle w:val="Listaszerbekezds"/>
        <w:numPr>
          <w:ilvl w:val="0"/>
          <w:numId w:val="10"/>
        </w:numPr>
        <w:rPr>
          <w:b/>
          <w:bCs/>
          <w:sz w:val="20"/>
          <w:szCs w:val="20"/>
        </w:rPr>
      </w:pPr>
      <w:r w:rsidRPr="00A406B3">
        <w:rPr>
          <w:b/>
          <w:bCs/>
          <w:sz w:val="20"/>
          <w:szCs w:val="20"/>
        </w:rPr>
        <w:t>TULAJDONJOG, SZERZŐI JOGOK, VÉDJEGYEK</w:t>
      </w:r>
      <w:r w:rsidR="00A406B3">
        <w:rPr>
          <w:b/>
          <w:bCs/>
          <w:sz w:val="20"/>
          <w:szCs w:val="20"/>
        </w:rPr>
        <w:br/>
      </w:r>
    </w:p>
    <w:p w14:paraId="01E132C6" w14:textId="37657912" w:rsidR="00A406B3" w:rsidRDefault="00000000" w:rsidP="00A406B3">
      <w:pPr>
        <w:pStyle w:val="Listaszerbekezds"/>
        <w:numPr>
          <w:ilvl w:val="0"/>
          <w:numId w:val="29"/>
        </w:numPr>
        <w:rPr>
          <w:sz w:val="20"/>
          <w:szCs w:val="20"/>
        </w:rPr>
      </w:pPr>
      <w:r w:rsidRPr="00A406B3">
        <w:rPr>
          <w:sz w:val="20"/>
          <w:szCs w:val="20"/>
        </w:rPr>
        <w:t xml:space="preserve">A Portál a hozzá tartozó applikációkkal, szoftverekkel, dokumentációval, forrás és tárgyi kódokkal, grafikai, szöveges és egyéb anyagokkal, beleértve a </w:t>
      </w:r>
      <w:r w:rsidR="00A406B3" w:rsidRPr="00A406B3">
        <w:rPr>
          <w:i/>
          <w:iCs/>
          <w:sz w:val="20"/>
          <w:szCs w:val="20"/>
        </w:rPr>
        <w:t>T</w:t>
      </w:r>
      <w:r w:rsidRPr="00A406B3">
        <w:rPr>
          <w:i/>
          <w:iCs/>
          <w:sz w:val="20"/>
          <w:szCs w:val="20"/>
        </w:rPr>
        <w:t>our</w:t>
      </w:r>
      <w:r w:rsidR="00A406B3" w:rsidRPr="00A406B3">
        <w:rPr>
          <w:i/>
          <w:iCs/>
          <w:sz w:val="20"/>
          <w:szCs w:val="20"/>
        </w:rPr>
        <w:t>G</w:t>
      </w:r>
      <w:r w:rsidRPr="00A406B3">
        <w:rPr>
          <w:i/>
          <w:iCs/>
          <w:sz w:val="20"/>
          <w:szCs w:val="20"/>
        </w:rPr>
        <w:t>uide</w:t>
      </w:r>
      <w:r w:rsidR="00A406B3" w:rsidRPr="00A406B3">
        <w:rPr>
          <w:i/>
          <w:iCs/>
          <w:sz w:val="20"/>
          <w:szCs w:val="20"/>
        </w:rPr>
        <w:t>S</w:t>
      </w:r>
      <w:r w:rsidRPr="00A406B3">
        <w:rPr>
          <w:i/>
          <w:iCs/>
          <w:sz w:val="20"/>
          <w:szCs w:val="20"/>
        </w:rPr>
        <w:t>ystem</w:t>
      </w:r>
      <w:r w:rsidRPr="00A406B3">
        <w:rPr>
          <w:sz w:val="20"/>
          <w:szCs w:val="20"/>
        </w:rPr>
        <w:t xml:space="preserve"> elnevezést, logót, a szerzői jogról szóló 1999. évi LXXVI. törvény által védett szerzői alkotás, amelyeken a Szolgáltató rendelkezik kizárólagos tulajdonjoggal és szerzői vagyoni jogokkal.</w:t>
      </w:r>
      <w:r w:rsidR="00A406B3">
        <w:rPr>
          <w:sz w:val="20"/>
          <w:szCs w:val="20"/>
        </w:rPr>
        <w:br/>
      </w:r>
    </w:p>
    <w:p w14:paraId="135CA48D" w14:textId="362AA01A" w:rsidR="00403EC2" w:rsidRPr="00A406B3" w:rsidRDefault="00000000" w:rsidP="00A406B3">
      <w:pPr>
        <w:pStyle w:val="Listaszerbekezds"/>
        <w:numPr>
          <w:ilvl w:val="0"/>
          <w:numId w:val="29"/>
        </w:numPr>
        <w:rPr>
          <w:sz w:val="20"/>
          <w:szCs w:val="20"/>
        </w:rPr>
      </w:pPr>
      <w:r w:rsidRPr="00A406B3">
        <w:rPr>
          <w:sz w:val="20"/>
          <w:szCs w:val="20"/>
        </w:rPr>
        <w:t>A Portál és az azon megjelenő bármely tartalom bármilyen felhasználása és bármilyen felhasználásának engedélyezése a Szolgáltató engedélye nélkül tilos.</w:t>
      </w:r>
      <w:r w:rsidR="00A406B3">
        <w:rPr>
          <w:sz w:val="20"/>
          <w:szCs w:val="20"/>
        </w:rPr>
        <w:br/>
      </w:r>
    </w:p>
    <w:p w14:paraId="64216B3F" w14:textId="142F0334" w:rsidR="00403EC2" w:rsidRPr="00A406B3" w:rsidRDefault="00000000" w:rsidP="00A406B3">
      <w:pPr>
        <w:pStyle w:val="Listaszerbekezds"/>
        <w:numPr>
          <w:ilvl w:val="0"/>
          <w:numId w:val="29"/>
        </w:numPr>
        <w:rPr>
          <w:sz w:val="20"/>
          <w:szCs w:val="20"/>
        </w:rPr>
      </w:pPr>
      <w:r w:rsidRPr="00A406B3">
        <w:rPr>
          <w:sz w:val="20"/>
          <w:szCs w:val="20"/>
        </w:rPr>
        <w:t>A Portál, valamint a Portálhoz fűződő minden szabadalom, szerzői jog, mintaoltalom, üzleti titok, know-how és egyéb szellemi alkotáshoz fűződő jog a Szolgáltató kizárólagos tulajdonát és jogosultságát képezi és a Szolgáltató kizárólagos tulajdonában és jogosultságában marad függetlenül attól, hogy a Portál elhelyezkedése szerinti ország jogszabályai szerint ezek külön elismerésre vagy bejegyzésre kerültek-e.</w:t>
      </w:r>
      <w:r w:rsidR="00A406B3">
        <w:rPr>
          <w:sz w:val="20"/>
          <w:szCs w:val="20"/>
        </w:rPr>
        <w:br/>
      </w:r>
    </w:p>
    <w:p w14:paraId="0D4FBADF" w14:textId="46C0B0B6" w:rsidR="00A406B3" w:rsidRDefault="00000000" w:rsidP="00A406B3">
      <w:pPr>
        <w:pStyle w:val="Listaszerbekezds"/>
        <w:numPr>
          <w:ilvl w:val="0"/>
          <w:numId w:val="29"/>
        </w:numPr>
        <w:rPr>
          <w:sz w:val="20"/>
          <w:szCs w:val="20"/>
        </w:rPr>
      </w:pPr>
      <w:r w:rsidRPr="00A406B3">
        <w:rPr>
          <w:sz w:val="20"/>
          <w:szCs w:val="20"/>
        </w:rPr>
        <w:t>A Felhasználó, illetve a Bérlő nem hajthat végre olyan intézkedést és nem tanúsíthat olyan magatartást, amely a Szolgáltató szellemi alkotásokhoz fűződő, tulajdonjogi vagy egyéb jogait megsérti, illetve veszélyezteti, vagy amely által a Portállal kapcsolatban jogot szerez.</w:t>
      </w:r>
      <w:r w:rsidR="00A406B3">
        <w:rPr>
          <w:sz w:val="20"/>
          <w:szCs w:val="20"/>
        </w:rPr>
        <w:br/>
      </w:r>
    </w:p>
    <w:p w14:paraId="63B570FF" w14:textId="25CC8137" w:rsidR="00403EC2" w:rsidRPr="00A406B3" w:rsidRDefault="00000000" w:rsidP="00A406B3">
      <w:pPr>
        <w:pStyle w:val="Listaszerbekezds"/>
        <w:numPr>
          <w:ilvl w:val="0"/>
          <w:numId w:val="29"/>
        </w:numPr>
        <w:rPr>
          <w:sz w:val="20"/>
          <w:szCs w:val="20"/>
        </w:rPr>
      </w:pPr>
      <w:r w:rsidRPr="00A406B3">
        <w:rPr>
          <w:sz w:val="20"/>
          <w:szCs w:val="20"/>
        </w:rPr>
        <w:t>A Szolgáltató tulajdonát képezi és a Szolgáltató kizárólagos jogosultsági körébe tartozik a Portál bármilyen többszörözésével, lefordításával, módosításával, átalakításával, forráskódjának visszafejtésével, feltörésével és a Portálból származtatott termékkel kapcsolatos minden jog, és újabb szoftver, rendszer verzió vagy eredmény, ideértve a Portál bármely fejlesztését vagy továbbfejlesztését is.</w:t>
      </w:r>
      <w:r w:rsidR="00A406B3">
        <w:rPr>
          <w:sz w:val="20"/>
          <w:szCs w:val="20"/>
        </w:rPr>
        <w:br/>
      </w:r>
    </w:p>
    <w:p w14:paraId="42BCC293" w14:textId="1444D828" w:rsidR="00403EC2" w:rsidRPr="00A406B3" w:rsidRDefault="00000000" w:rsidP="00A406B3">
      <w:pPr>
        <w:pStyle w:val="Listaszerbekezds"/>
        <w:numPr>
          <w:ilvl w:val="0"/>
          <w:numId w:val="29"/>
        </w:numPr>
        <w:rPr>
          <w:sz w:val="20"/>
          <w:szCs w:val="20"/>
        </w:rPr>
      </w:pPr>
      <w:r w:rsidRPr="00A406B3">
        <w:rPr>
          <w:sz w:val="20"/>
          <w:szCs w:val="20"/>
        </w:rPr>
        <w:t>A Felhasználó vállalja, hogy a Portálról nem távolít el semmilyen titoktartásra, védjegyre és szellemi tulajdonjogra vonatkozó tájékoztatást és jogkezelési adatot.</w:t>
      </w:r>
      <w:r w:rsidR="00A406B3">
        <w:rPr>
          <w:sz w:val="20"/>
          <w:szCs w:val="20"/>
        </w:rPr>
        <w:br/>
      </w:r>
    </w:p>
    <w:p w14:paraId="5E81565F" w14:textId="4568EA7E" w:rsidR="00403EC2" w:rsidRPr="00A406B3" w:rsidRDefault="00000000" w:rsidP="00A406B3">
      <w:pPr>
        <w:pStyle w:val="Listaszerbekezds"/>
        <w:numPr>
          <w:ilvl w:val="0"/>
          <w:numId w:val="29"/>
        </w:numPr>
        <w:rPr>
          <w:sz w:val="20"/>
          <w:szCs w:val="20"/>
        </w:rPr>
      </w:pPr>
      <w:r w:rsidRPr="00A406B3">
        <w:rPr>
          <w:sz w:val="20"/>
          <w:szCs w:val="20"/>
        </w:rPr>
        <w:lastRenderedPageBreak/>
        <w:t xml:space="preserve">A Portálon megjelenő </w:t>
      </w:r>
      <w:r w:rsidR="00A406B3" w:rsidRPr="00A406B3">
        <w:rPr>
          <w:i/>
          <w:iCs/>
          <w:sz w:val="20"/>
          <w:szCs w:val="20"/>
        </w:rPr>
        <w:t>TourGuideSystem</w:t>
      </w:r>
      <w:r w:rsidRPr="00A406B3">
        <w:rPr>
          <w:sz w:val="20"/>
          <w:szCs w:val="20"/>
        </w:rPr>
        <w:t xml:space="preserve"> megnevezés és logó felhasználására a Felhasználó nem jogosult. Ezen megjelöléseket a Szolgáltató kifejezett és előzetes írásbeli jóváhagyása nélkül harmadik személyek semmilyen módon nem használhatják, nem terjeszthetik, és nem tehetik közzé.</w:t>
      </w:r>
      <w:r w:rsidR="00A406B3">
        <w:rPr>
          <w:sz w:val="20"/>
          <w:szCs w:val="20"/>
        </w:rPr>
        <w:br/>
      </w:r>
    </w:p>
    <w:p w14:paraId="22DB539B" w14:textId="4E99A9DA" w:rsidR="00403EC2" w:rsidRPr="00A406B3" w:rsidRDefault="00000000" w:rsidP="00A406B3">
      <w:pPr>
        <w:pStyle w:val="Listaszerbekezds"/>
        <w:numPr>
          <w:ilvl w:val="0"/>
          <w:numId w:val="29"/>
        </w:numPr>
        <w:rPr>
          <w:sz w:val="20"/>
          <w:szCs w:val="20"/>
        </w:rPr>
      </w:pPr>
      <w:r w:rsidRPr="00A406B3">
        <w:rPr>
          <w:sz w:val="20"/>
          <w:szCs w:val="20"/>
        </w:rPr>
        <w:t>A Felhasználó nem jogosult a Portál és annak tartalma semmilyen felhasználására.</w:t>
      </w:r>
    </w:p>
    <w:p w14:paraId="532313A9" w14:textId="77777777" w:rsidR="00403EC2" w:rsidRPr="004B66D1" w:rsidRDefault="00403EC2" w:rsidP="00197924">
      <w:pPr>
        <w:ind w:left="426"/>
        <w:rPr>
          <w:sz w:val="20"/>
          <w:szCs w:val="20"/>
        </w:rPr>
      </w:pPr>
    </w:p>
    <w:p w14:paraId="03B616A3" w14:textId="65D30F74" w:rsidR="00403EC2" w:rsidRPr="00A406B3" w:rsidRDefault="00000000" w:rsidP="00A406B3">
      <w:pPr>
        <w:pStyle w:val="Listaszerbekezds"/>
        <w:numPr>
          <w:ilvl w:val="0"/>
          <w:numId w:val="10"/>
        </w:numPr>
        <w:rPr>
          <w:b/>
          <w:bCs/>
          <w:sz w:val="20"/>
          <w:szCs w:val="20"/>
        </w:rPr>
      </w:pPr>
      <w:r w:rsidRPr="00A406B3">
        <w:rPr>
          <w:b/>
          <w:bCs/>
          <w:sz w:val="20"/>
          <w:szCs w:val="20"/>
        </w:rPr>
        <w:t>FELELŐSSÉGKORLÁTOZÁS</w:t>
      </w:r>
      <w:r w:rsidR="00A406B3">
        <w:rPr>
          <w:b/>
          <w:bCs/>
          <w:sz w:val="20"/>
          <w:szCs w:val="20"/>
        </w:rPr>
        <w:br/>
      </w:r>
    </w:p>
    <w:p w14:paraId="7B8F0F54" w14:textId="76B449B8" w:rsidR="00403EC2" w:rsidRPr="00A406B3" w:rsidRDefault="00000000" w:rsidP="00A406B3">
      <w:pPr>
        <w:pStyle w:val="Listaszerbekezds"/>
        <w:numPr>
          <w:ilvl w:val="0"/>
          <w:numId w:val="30"/>
        </w:numPr>
        <w:rPr>
          <w:sz w:val="20"/>
          <w:szCs w:val="20"/>
        </w:rPr>
      </w:pPr>
      <w:r w:rsidRPr="00A406B3">
        <w:rPr>
          <w:sz w:val="20"/>
          <w:szCs w:val="20"/>
        </w:rPr>
        <w:t>A Szolgáltató a Portált „adott állapotában”, „minden hibájával együtt” és „megtekintett formájában” biztosítja a Felhasználóknak, illetve Bérlőnek és a megfelelő minőséggel, teljesítménnyel, pontossággal, eredménnyel kapcsolatos teljes kockázat a vásárlót terheli.</w:t>
      </w:r>
      <w:r w:rsidR="00A406B3">
        <w:rPr>
          <w:sz w:val="20"/>
          <w:szCs w:val="20"/>
        </w:rPr>
        <w:br/>
      </w:r>
    </w:p>
    <w:p w14:paraId="3A4BF87C" w14:textId="1F5408EA" w:rsidR="00403EC2" w:rsidRPr="00A406B3" w:rsidRDefault="00000000" w:rsidP="00A406B3">
      <w:pPr>
        <w:pStyle w:val="Listaszerbekezds"/>
        <w:numPr>
          <w:ilvl w:val="0"/>
          <w:numId w:val="30"/>
        </w:numPr>
        <w:rPr>
          <w:sz w:val="20"/>
          <w:szCs w:val="20"/>
        </w:rPr>
      </w:pPr>
      <w:r w:rsidRPr="00A406B3">
        <w:rPr>
          <w:sz w:val="20"/>
          <w:szCs w:val="20"/>
        </w:rPr>
        <w:t>A Felhasználó és Bérlő köteles a Portál használatához szükséges hardvert és szoftveres környezetet biztosítani.</w:t>
      </w:r>
      <w:r w:rsidR="00A406B3">
        <w:rPr>
          <w:sz w:val="20"/>
          <w:szCs w:val="20"/>
        </w:rPr>
        <w:br/>
      </w:r>
    </w:p>
    <w:p w14:paraId="0F888757" w14:textId="3E11EA00" w:rsidR="00403EC2" w:rsidRPr="00A406B3" w:rsidRDefault="00000000" w:rsidP="00A406B3">
      <w:pPr>
        <w:pStyle w:val="Listaszerbekezds"/>
        <w:numPr>
          <w:ilvl w:val="0"/>
          <w:numId w:val="30"/>
        </w:numPr>
        <w:rPr>
          <w:sz w:val="20"/>
          <w:szCs w:val="20"/>
        </w:rPr>
      </w:pPr>
      <w:r w:rsidRPr="00A406B3">
        <w:rPr>
          <w:sz w:val="20"/>
          <w:szCs w:val="20"/>
        </w:rPr>
        <w:t>A Szolgáltató kizárja felelősségét mindazon okokból eredő következményekért, amelyek nem tartoznak a Szolgáltató jelen szerződés tárgyába tartozó tevékenységéhez. A Szolgáltató nem tartozik felelősséggel azért, hogy a Felhasználó, a Bérlő vagy harmadik személy a Portált milyen módon és milyen célra használja – így különösen nem tartozik felelősséggel azért, hogy a Felhasználó, Bérlő vagy harmadik személy a Portál használata során tevékenységét az arra vonatkozó jogszabályok és egyéb szerződések rendelkezésének megfelelően gyakorolja-e.</w:t>
      </w:r>
      <w:r w:rsidR="00A406B3">
        <w:rPr>
          <w:sz w:val="20"/>
          <w:szCs w:val="20"/>
        </w:rPr>
        <w:br/>
      </w:r>
    </w:p>
    <w:p w14:paraId="03BCC35D" w14:textId="73CBC17D" w:rsidR="00403EC2" w:rsidRPr="00A406B3" w:rsidRDefault="00000000" w:rsidP="00A406B3">
      <w:pPr>
        <w:pStyle w:val="Listaszerbekezds"/>
        <w:numPr>
          <w:ilvl w:val="0"/>
          <w:numId w:val="30"/>
        </w:numPr>
        <w:rPr>
          <w:sz w:val="20"/>
          <w:szCs w:val="20"/>
        </w:rPr>
      </w:pPr>
      <w:r w:rsidRPr="00A406B3">
        <w:rPr>
          <w:sz w:val="20"/>
          <w:szCs w:val="20"/>
        </w:rPr>
        <w:t>A Felhasználó és Bérlő kötelessége, hogy haladéktalanul közölje a Szolgáltatóval, amennyiben hibát észlel, továbbá az ezzel kapcsolatos minden körülményt. A Felhasználó, illetve Bérlő kötelezettséget vállal arra, hogy a Szolgáltató útmutatásainak megfelelően szorosan együttműködik a Szolgáltatóval a hiba meghatározása, illetve a hiba elhárítása során. A Felhasználó, illetve Bérlő köteles a hibabejelentés során a Szolgáltató által kért minden információt a Szolgáltatóval közölni.</w:t>
      </w:r>
      <w:r w:rsidR="00A406B3">
        <w:rPr>
          <w:sz w:val="20"/>
          <w:szCs w:val="20"/>
        </w:rPr>
        <w:br/>
      </w:r>
    </w:p>
    <w:p w14:paraId="7B9F8772" w14:textId="7CC4BFB0" w:rsidR="00403EC2" w:rsidRPr="00A406B3" w:rsidRDefault="00000000" w:rsidP="00A406B3">
      <w:pPr>
        <w:pStyle w:val="Listaszerbekezds"/>
        <w:numPr>
          <w:ilvl w:val="0"/>
          <w:numId w:val="30"/>
        </w:numPr>
        <w:rPr>
          <w:sz w:val="20"/>
          <w:szCs w:val="20"/>
        </w:rPr>
      </w:pPr>
      <w:r w:rsidRPr="00A406B3">
        <w:rPr>
          <w:sz w:val="20"/>
          <w:szCs w:val="20"/>
        </w:rPr>
        <w:t>A Felhasználó, illetve Bérlő köteles a Portált használó eszközén lévő programokat és adatállományokat rendszeresen menteni, illetve azok megőrzéséről gondoskodni. A Szolgáltató a Felhasználó, illetve Bérlő Portált is használó eszközein tárolt egyéb szoftvertermékek, illetve adatfile-ok meghibásodásáért, adatvesztésért, illetve az ebből eredő következményekért nem vállal felelősséget, ezért Felhasználó, illetve Bérlő az adattárolókat érintő tevékenysége során köteles különös gondossággal eljárni.</w:t>
      </w:r>
      <w:r w:rsidR="00A406B3">
        <w:rPr>
          <w:sz w:val="20"/>
          <w:szCs w:val="20"/>
        </w:rPr>
        <w:br/>
      </w:r>
    </w:p>
    <w:p w14:paraId="321C1740" w14:textId="1FFE2B45" w:rsidR="00403EC2" w:rsidRPr="00A406B3" w:rsidRDefault="00000000" w:rsidP="00A406B3">
      <w:pPr>
        <w:pStyle w:val="Listaszerbekezds"/>
        <w:numPr>
          <w:ilvl w:val="0"/>
          <w:numId w:val="30"/>
        </w:numPr>
        <w:rPr>
          <w:sz w:val="20"/>
          <w:szCs w:val="20"/>
        </w:rPr>
      </w:pPr>
      <w:r w:rsidRPr="00A406B3">
        <w:rPr>
          <w:sz w:val="20"/>
          <w:szCs w:val="20"/>
        </w:rPr>
        <w:t xml:space="preserve">A Portál csak jogtiszta és vírusmentes környezetben működik. A Szolgáltató kizárja felelősségét a jogosulatlan hozzáférésből, nem rendeltetésszerű használatból, hardver hibából, vagy nem megfelelő üzemeltetési környezetből (ideértve az áramkimaradást is) eredő következményekért, meghibásodásokért. A Portálon való vásárlás feltételezi a Felhasználó, illetve Bérlő részéről az Internet technikai és műszaki </w:t>
      </w:r>
      <w:r w:rsidR="00A406B3" w:rsidRPr="00A406B3">
        <w:rPr>
          <w:sz w:val="20"/>
          <w:szCs w:val="20"/>
        </w:rPr>
        <w:t>korlátjainak</w:t>
      </w:r>
      <w:r w:rsidRPr="00A406B3">
        <w:rPr>
          <w:sz w:val="20"/>
          <w:szCs w:val="20"/>
        </w:rPr>
        <w:t xml:space="preserve"> ismeretét és a technológiával együtt járó hibalehetőségek elfogadását.</w:t>
      </w:r>
      <w:r w:rsidR="00A406B3">
        <w:rPr>
          <w:sz w:val="20"/>
          <w:szCs w:val="20"/>
        </w:rPr>
        <w:br/>
      </w:r>
    </w:p>
    <w:p w14:paraId="7AB4CF62" w14:textId="5EECC24B" w:rsidR="00403EC2" w:rsidRPr="00A406B3" w:rsidRDefault="00000000" w:rsidP="00A406B3">
      <w:pPr>
        <w:pStyle w:val="Listaszerbekezds"/>
        <w:numPr>
          <w:ilvl w:val="0"/>
          <w:numId w:val="30"/>
        </w:numPr>
        <w:rPr>
          <w:sz w:val="20"/>
          <w:szCs w:val="20"/>
        </w:rPr>
      </w:pPr>
      <w:r w:rsidRPr="00A406B3">
        <w:rPr>
          <w:sz w:val="20"/>
          <w:szCs w:val="20"/>
        </w:rPr>
        <w:t>A Szolgáltató nem tartozik felelősséggel a Felhasználó vagy bármely harmadik személynél a Felhasználó, illetve Bérlő által a Portálhoz kapcsolt adatbázisokból, a Portálon a Felhasználó, illetve Bérlő által létrehozott adatbázisokból, a Portálra a Felhasználó, illetve Bérlő által bevitt adatokból eredően keletkező semmilyen kárért, ezért kizárólag a Felhasználó, illetve Bérlő tartozik felelősséggel.</w:t>
      </w:r>
      <w:r w:rsidR="00192B8B">
        <w:rPr>
          <w:sz w:val="20"/>
          <w:szCs w:val="20"/>
        </w:rPr>
        <w:br/>
      </w:r>
    </w:p>
    <w:p w14:paraId="0584DA57" w14:textId="01F296B9" w:rsidR="00403EC2" w:rsidRPr="00192B8B" w:rsidRDefault="00000000" w:rsidP="00192B8B">
      <w:pPr>
        <w:pStyle w:val="Listaszerbekezds"/>
        <w:numPr>
          <w:ilvl w:val="0"/>
          <w:numId w:val="30"/>
        </w:numPr>
        <w:rPr>
          <w:sz w:val="20"/>
          <w:szCs w:val="20"/>
        </w:rPr>
      </w:pPr>
      <w:r w:rsidRPr="00192B8B">
        <w:rPr>
          <w:sz w:val="20"/>
          <w:szCs w:val="20"/>
        </w:rPr>
        <w:t>Szolgáltató nem tartozik felelősséggel a Portálon szereplő adatok, információk helyességéért és ezen adatok, információk felhasználásából eredően esetlegesen a Felhasználónál, Bérlőnél vagy bármely más harmadik személynél keletkező károkért.</w:t>
      </w:r>
      <w:r w:rsidR="00192B8B">
        <w:rPr>
          <w:sz w:val="20"/>
          <w:szCs w:val="20"/>
        </w:rPr>
        <w:br/>
      </w:r>
    </w:p>
    <w:p w14:paraId="54B8F945" w14:textId="5A94821A" w:rsidR="00403EC2" w:rsidRPr="00192B8B" w:rsidRDefault="00000000" w:rsidP="00192B8B">
      <w:pPr>
        <w:pStyle w:val="Listaszerbekezds"/>
        <w:numPr>
          <w:ilvl w:val="0"/>
          <w:numId w:val="30"/>
        </w:numPr>
        <w:rPr>
          <w:sz w:val="20"/>
          <w:szCs w:val="20"/>
        </w:rPr>
      </w:pPr>
      <w:r w:rsidRPr="00192B8B">
        <w:rPr>
          <w:sz w:val="20"/>
          <w:szCs w:val="20"/>
        </w:rPr>
        <w:lastRenderedPageBreak/>
        <w:t>Szolgáltató nem felelős a Portállal kapcsolatban semmiféle tartalomért, ideértve nem kizárólagosan a jogsértő, pontatlan, obszcén, illetlen, fenyegető, bántó, becsmérlő, sértő vagy törvénybe ütköző tartalmat, továbbá nem tartozik felelősséggel bármely harmadik fél viselkedéséért, adatátviteléért vagy adataiért.</w:t>
      </w:r>
      <w:r w:rsidR="00192B8B">
        <w:rPr>
          <w:sz w:val="20"/>
          <w:szCs w:val="20"/>
        </w:rPr>
        <w:br/>
      </w:r>
    </w:p>
    <w:p w14:paraId="573FB8B6" w14:textId="31D40FDA" w:rsidR="00403EC2" w:rsidRPr="00192B8B" w:rsidRDefault="00000000" w:rsidP="00192B8B">
      <w:pPr>
        <w:pStyle w:val="Listaszerbekezds"/>
        <w:numPr>
          <w:ilvl w:val="0"/>
          <w:numId w:val="30"/>
        </w:numPr>
        <w:rPr>
          <w:sz w:val="20"/>
          <w:szCs w:val="20"/>
        </w:rPr>
      </w:pPr>
      <w:r w:rsidRPr="00192B8B">
        <w:rPr>
          <w:sz w:val="20"/>
          <w:szCs w:val="20"/>
        </w:rPr>
        <w:t>Szolgáltató nem felelős semmiféle vírusért vagy a Portál elérését és használatát befolyásoló egyéb korlátozó funkciókért, a Portálnak egyéb webhelyekkel, szolgáltatásokkal, szoftverekkel és hardverekkel való inkompatibilitásáért, semmiféle késleltetésért vagy hibáért, amelyet a Felhasználó a Portál használata során megfelelő és időszerű formában végzett adatátvitel vagy tranzakció kezdeményezése, lefolytatása vagy befejezése során észlel, illetve semmiféle kárért vagy költségért, amely a hivatkozásokon keresztül elérhető, harmadik felek által biztosított szolgáltatások használatából ered, vagy azokhoz bármely módon köthető.</w:t>
      </w:r>
      <w:r w:rsidR="00192B8B">
        <w:rPr>
          <w:sz w:val="20"/>
          <w:szCs w:val="20"/>
        </w:rPr>
        <w:br/>
      </w:r>
    </w:p>
    <w:p w14:paraId="429E067E" w14:textId="1A9238FA" w:rsidR="00403EC2" w:rsidRPr="00192B8B" w:rsidRDefault="00000000" w:rsidP="00192B8B">
      <w:pPr>
        <w:pStyle w:val="Listaszerbekezds"/>
        <w:numPr>
          <w:ilvl w:val="0"/>
          <w:numId w:val="30"/>
        </w:numPr>
        <w:rPr>
          <w:sz w:val="20"/>
          <w:szCs w:val="20"/>
        </w:rPr>
      </w:pPr>
      <w:r w:rsidRPr="00192B8B">
        <w:rPr>
          <w:sz w:val="20"/>
          <w:szCs w:val="20"/>
        </w:rPr>
        <w:t>A Szolgáltató nem tartozik felelősséggel, amennyiben valamely határidőt, vagy jelen ÁSZF szerinti feladatot vis maior – különösen természeti katasztrófák, politikai események, a Szolgáltató hatáskörén kívülálló engedélyek, illetve hatósági intézkedések késedelme vagy megtagadása, sztrájk, közüzemi, távközlési, kommunikációs szolgáltatások kimaradása, szünetelése stb. – okozataként mulaszt el, továbbá amennyiben a teljesítés vis maior következtében lehetetlenül. Ugyanezt a rendelkezést kell alkalmazni abban az esetben is, amennyiben a vis maior eseményei a Szolgáltató, valamint annak alvállalkozói, közreműködői, teljesítési segédei teljesítéséhez kötődnek.</w:t>
      </w:r>
      <w:r w:rsidR="00192B8B">
        <w:rPr>
          <w:sz w:val="20"/>
          <w:szCs w:val="20"/>
        </w:rPr>
        <w:br/>
      </w:r>
    </w:p>
    <w:p w14:paraId="436BEA96" w14:textId="25285026" w:rsidR="00403EC2" w:rsidRPr="00192B8B" w:rsidRDefault="00000000" w:rsidP="00192B8B">
      <w:pPr>
        <w:pStyle w:val="Listaszerbekezds"/>
        <w:numPr>
          <w:ilvl w:val="0"/>
          <w:numId w:val="30"/>
        </w:numPr>
        <w:rPr>
          <w:sz w:val="20"/>
          <w:szCs w:val="20"/>
        </w:rPr>
      </w:pPr>
      <w:r w:rsidRPr="00192B8B">
        <w:rPr>
          <w:sz w:val="20"/>
          <w:szCs w:val="20"/>
        </w:rPr>
        <w:t>Amennyiben a Felhasználót, illetve a Bérlőt a jelen ÁSZF alapján olyan kár éri, amelyért a jelen ÁSZF szerint a Szolgáltató felelős, úgy a Felhasználó, illetve Bérlő a kárigényét összesen legfeljebb 500.000,- Ft, azaz Ötszázezer forintig jogosult érvényesíteni a Szolgáltatóval szemben. A Szolgáltató a felelősségét képező károk közül csak azokért felel, amelyek vonatkozásában a Felhasználó kárigényét – amennyiben a jogszabály rövidebb elévülési vagy igényérvényesítési határidőt nem állapít meg – a kár bekövetkeztétől, illetve az arról való tudomásszerzéstől számított 6 (hat) hónapon belül írásb</w:t>
      </w:r>
      <w:r w:rsidR="00192B8B">
        <w:rPr>
          <w:sz w:val="20"/>
          <w:szCs w:val="20"/>
        </w:rPr>
        <w:t>a</w:t>
      </w:r>
      <w:r w:rsidRPr="00192B8B">
        <w:rPr>
          <w:sz w:val="20"/>
          <w:szCs w:val="20"/>
        </w:rPr>
        <w:t>n bejelentette a Szolgáltatónak. Jelen pontban írt rendelkezés nem alkalmazható a szándékosan okozott kárra.</w:t>
      </w:r>
      <w:r w:rsidR="00192B8B">
        <w:rPr>
          <w:sz w:val="20"/>
          <w:szCs w:val="20"/>
        </w:rPr>
        <w:br/>
      </w:r>
    </w:p>
    <w:p w14:paraId="1E135C07" w14:textId="50240374" w:rsidR="00403EC2" w:rsidRPr="00192B8B" w:rsidRDefault="00000000" w:rsidP="00192B8B">
      <w:pPr>
        <w:pStyle w:val="Listaszerbekezds"/>
        <w:numPr>
          <w:ilvl w:val="0"/>
          <w:numId w:val="30"/>
        </w:numPr>
        <w:rPr>
          <w:sz w:val="20"/>
          <w:szCs w:val="20"/>
        </w:rPr>
      </w:pPr>
      <w:r w:rsidRPr="00192B8B">
        <w:rPr>
          <w:sz w:val="20"/>
          <w:szCs w:val="20"/>
        </w:rPr>
        <w:t>Szolgáltató továbbá nem vállal felelősséget semmilyen kárért vagy következményért, amely abból adódik, hogy a Felhasználó, illetve Bérlő a Portál szolgáltatásaihoz való hozzáféréshez szükséges adatait ellopták, eltulajdonították vagy más módon jogellenesen megszerezték, vagy azt a Felhasználó elveszítette.</w:t>
      </w:r>
      <w:r w:rsidR="00192B8B">
        <w:rPr>
          <w:sz w:val="20"/>
          <w:szCs w:val="20"/>
        </w:rPr>
        <w:br/>
      </w:r>
    </w:p>
    <w:p w14:paraId="67BE42B8" w14:textId="365665EE" w:rsidR="00403EC2" w:rsidRPr="00192B8B" w:rsidRDefault="00000000" w:rsidP="00192B8B">
      <w:pPr>
        <w:pStyle w:val="Listaszerbekezds"/>
        <w:numPr>
          <w:ilvl w:val="0"/>
          <w:numId w:val="30"/>
        </w:numPr>
        <w:rPr>
          <w:sz w:val="20"/>
          <w:szCs w:val="20"/>
        </w:rPr>
      </w:pPr>
      <w:r w:rsidRPr="00192B8B">
        <w:rPr>
          <w:sz w:val="20"/>
          <w:szCs w:val="20"/>
        </w:rPr>
        <w:t>A Felhasználó, illetve Bérlő kifejezetten lemond – a törvény által lehetővé tett körben – arról, hogy a Szolgáltató vezető tisztségviselőjével szemben a jelen szerződéssel összefüggésben bármilyen kártérítési vagy egyéb igényt érvényesítsen, kivéve a vezető tisztségviselő által szándékosan okozott kárt. A Szolgáltató vezető tisztségviselője erre a felelősségkorlátozásra közvetlenül hivatkozhat.</w:t>
      </w:r>
    </w:p>
    <w:p w14:paraId="0912864E" w14:textId="77777777" w:rsidR="00403EC2" w:rsidRPr="004B66D1" w:rsidRDefault="00403EC2" w:rsidP="00197924">
      <w:pPr>
        <w:ind w:left="426"/>
        <w:rPr>
          <w:sz w:val="20"/>
          <w:szCs w:val="20"/>
        </w:rPr>
      </w:pPr>
    </w:p>
    <w:p w14:paraId="26B722AC" w14:textId="305B50E8" w:rsidR="00403EC2" w:rsidRPr="00192B8B" w:rsidRDefault="00000000" w:rsidP="00192B8B">
      <w:pPr>
        <w:pStyle w:val="Listaszerbekezds"/>
        <w:numPr>
          <w:ilvl w:val="0"/>
          <w:numId w:val="10"/>
        </w:numPr>
        <w:rPr>
          <w:b/>
          <w:bCs/>
          <w:sz w:val="20"/>
          <w:szCs w:val="20"/>
        </w:rPr>
      </w:pPr>
      <w:r w:rsidRPr="00192B8B">
        <w:rPr>
          <w:b/>
          <w:bCs/>
          <w:sz w:val="20"/>
          <w:szCs w:val="20"/>
        </w:rPr>
        <w:t>A PORTÁL KARBANTARTÁSA</w:t>
      </w:r>
      <w:r w:rsidR="00192B8B">
        <w:rPr>
          <w:b/>
          <w:bCs/>
          <w:sz w:val="20"/>
          <w:szCs w:val="20"/>
        </w:rPr>
        <w:br/>
      </w:r>
    </w:p>
    <w:p w14:paraId="5AB9ED22" w14:textId="21C09693" w:rsidR="00403EC2" w:rsidRPr="00192B8B" w:rsidRDefault="00000000" w:rsidP="00192B8B">
      <w:pPr>
        <w:pStyle w:val="Listaszerbekezds"/>
        <w:numPr>
          <w:ilvl w:val="0"/>
          <w:numId w:val="31"/>
        </w:numPr>
        <w:rPr>
          <w:sz w:val="20"/>
          <w:szCs w:val="20"/>
        </w:rPr>
      </w:pPr>
      <w:r w:rsidRPr="00192B8B">
        <w:rPr>
          <w:sz w:val="20"/>
          <w:szCs w:val="20"/>
        </w:rPr>
        <w:t>A Szolgáltató a Portált a saját döntési jogkörében, általa meghatározott időközönként, módon, tartalommal és gyakorisággal tartja karban és frissíti.</w:t>
      </w:r>
    </w:p>
    <w:p w14:paraId="29CB2A96" w14:textId="77777777" w:rsidR="00403EC2" w:rsidRPr="004B66D1" w:rsidRDefault="00403EC2" w:rsidP="00197924">
      <w:pPr>
        <w:ind w:left="426"/>
        <w:rPr>
          <w:sz w:val="20"/>
          <w:szCs w:val="20"/>
        </w:rPr>
      </w:pPr>
    </w:p>
    <w:p w14:paraId="722D9248" w14:textId="01A2D3C8" w:rsidR="00403EC2" w:rsidRPr="00192B8B" w:rsidRDefault="00000000" w:rsidP="00192B8B">
      <w:pPr>
        <w:pStyle w:val="Listaszerbekezds"/>
        <w:numPr>
          <w:ilvl w:val="0"/>
          <w:numId w:val="10"/>
        </w:numPr>
        <w:rPr>
          <w:b/>
          <w:bCs/>
          <w:sz w:val="20"/>
          <w:szCs w:val="20"/>
        </w:rPr>
      </w:pPr>
      <w:r w:rsidRPr="00192B8B">
        <w:rPr>
          <w:b/>
          <w:bCs/>
          <w:sz w:val="20"/>
          <w:szCs w:val="20"/>
        </w:rPr>
        <w:t>AZ ÁSZF MÓDOSÍTÁSA</w:t>
      </w:r>
      <w:r w:rsidR="00192B8B">
        <w:rPr>
          <w:b/>
          <w:bCs/>
          <w:sz w:val="20"/>
          <w:szCs w:val="20"/>
        </w:rPr>
        <w:br/>
      </w:r>
    </w:p>
    <w:p w14:paraId="5951D388" w14:textId="56160964" w:rsidR="00403EC2" w:rsidRPr="00192B8B" w:rsidRDefault="00000000" w:rsidP="00192B8B">
      <w:pPr>
        <w:pStyle w:val="Listaszerbekezds"/>
        <w:numPr>
          <w:ilvl w:val="0"/>
          <w:numId w:val="32"/>
        </w:numPr>
        <w:rPr>
          <w:sz w:val="20"/>
          <w:szCs w:val="20"/>
        </w:rPr>
      </w:pPr>
      <w:r w:rsidRPr="00192B8B">
        <w:rPr>
          <w:sz w:val="20"/>
          <w:szCs w:val="20"/>
        </w:rPr>
        <w:t>A jelen ÁSZF-et a Szolgáltató saját döntése és belátása szerint jogosult egyoldalúan módosítani. A módosítás indoka lehet különösen, de nem kizárólagosan:</w:t>
      </w:r>
    </w:p>
    <w:p w14:paraId="332D0084" w14:textId="5967F76C" w:rsidR="00403EC2" w:rsidRPr="00192B8B" w:rsidRDefault="00000000" w:rsidP="00192B8B">
      <w:pPr>
        <w:pStyle w:val="Listaszerbekezds"/>
        <w:numPr>
          <w:ilvl w:val="0"/>
          <w:numId w:val="33"/>
        </w:numPr>
        <w:rPr>
          <w:sz w:val="20"/>
          <w:szCs w:val="20"/>
        </w:rPr>
      </w:pPr>
      <w:r w:rsidRPr="00192B8B">
        <w:rPr>
          <w:sz w:val="20"/>
          <w:szCs w:val="20"/>
        </w:rPr>
        <w:t>a Szolgáltató körülményeiben bekövetkezett lényeges változás;</w:t>
      </w:r>
    </w:p>
    <w:p w14:paraId="6079A84F" w14:textId="5C39AE61" w:rsidR="00403EC2" w:rsidRPr="00192B8B" w:rsidRDefault="00000000" w:rsidP="00192B8B">
      <w:pPr>
        <w:pStyle w:val="Listaszerbekezds"/>
        <w:numPr>
          <w:ilvl w:val="0"/>
          <w:numId w:val="33"/>
        </w:numPr>
        <w:rPr>
          <w:sz w:val="20"/>
          <w:szCs w:val="20"/>
        </w:rPr>
      </w:pPr>
      <w:r w:rsidRPr="00192B8B">
        <w:rPr>
          <w:sz w:val="20"/>
          <w:szCs w:val="20"/>
        </w:rPr>
        <w:t>a technológia lényeges változása;</w:t>
      </w:r>
    </w:p>
    <w:p w14:paraId="363ACF2B" w14:textId="30BD0701" w:rsidR="00403EC2" w:rsidRPr="00192B8B" w:rsidRDefault="00000000" w:rsidP="00192B8B">
      <w:pPr>
        <w:pStyle w:val="Listaszerbekezds"/>
        <w:numPr>
          <w:ilvl w:val="0"/>
          <w:numId w:val="33"/>
        </w:numPr>
        <w:rPr>
          <w:sz w:val="20"/>
          <w:szCs w:val="20"/>
        </w:rPr>
      </w:pPr>
      <w:r w:rsidRPr="00192B8B">
        <w:rPr>
          <w:sz w:val="20"/>
          <w:szCs w:val="20"/>
        </w:rPr>
        <w:lastRenderedPageBreak/>
        <w:t>jogszabályváltozás;</w:t>
      </w:r>
    </w:p>
    <w:p w14:paraId="092A70C0" w14:textId="1272B169" w:rsidR="00403EC2" w:rsidRPr="00192B8B" w:rsidRDefault="00000000" w:rsidP="00192B8B">
      <w:pPr>
        <w:pStyle w:val="Listaszerbekezds"/>
        <w:numPr>
          <w:ilvl w:val="0"/>
          <w:numId w:val="33"/>
        </w:numPr>
        <w:rPr>
          <w:sz w:val="20"/>
          <w:szCs w:val="20"/>
        </w:rPr>
      </w:pPr>
      <w:r w:rsidRPr="00192B8B">
        <w:rPr>
          <w:sz w:val="20"/>
          <w:szCs w:val="20"/>
        </w:rPr>
        <w:t>a Szolgáltató működésével, gazdasági érdekeivel, műszaki vagy technikai lehetőségeivel, gazdálkodásával, szolgáltatást befolyásoló körülményeivel kapcsolatos ok.</w:t>
      </w:r>
      <w:r w:rsidR="00192B8B">
        <w:rPr>
          <w:sz w:val="20"/>
          <w:szCs w:val="20"/>
        </w:rPr>
        <w:br/>
      </w:r>
    </w:p>
    <w:p w14:paraId="3C343E35" w14:textId="0FF9347E" w:rsidR="00403EC2" w:rsidRPr="00192B8B" w:rsidRDefault="00000000" w:rsidP="00192B8B">
      <w:pPr>
        <w:pStyle w:val="Listaszerbekezds"/>
        <w:numPr>
          <w:ilvl w:val="0"/>
          <w:numId w:val="32"/>
        </w:numPr>
        <w:rPr>
          <w:sz w:val="20"/>
          <w:szCs w:val="20"/>
        </w:rPr>
      </w:pPr>
      <w:r w:rsidRPr="00192B8B">
        <w:rPr>
          <w:sz w:val="20"/>
          <w:szCs w:val="20"/>
        </w:rPr>
        <w:t>A Szolgáltató az ÁSZF-et, továbbá a módosítással egységes szerkezetbe foglalt ÁSZF-et köteles a Portálon jól látható helyen, a Portál nyitóoldalán, illetve onnan közvetlenül elérhető módon, tárolható, megjeleníthető és nyomtatható módon ingyenesen közzétenni. Az ÁSZF módosítás a közzétételt követő napon lép hatályba és az ÁSZF módosítás minden, az ÁSZF módosítás hatályba lépése után kötött és azt megelőzően kötött szerződésre is alkalmazandó.</w:t>
      </w:r>
      <w:r w:rsidR="00192B8B">
        <w:rPr>
          <w:sz w:val="20"/>
          <w:szCs w:val="20"/>
        </w:rPr>
        <w:br/>
      </w:r>
    </w:p>
    <w:p w14:paraId="3B434388" w14:textId="074C17D1" w:rsidR="00403EC2" w:rsidRPr="00192B8B" w:rsidRDefault="00000000" w:rsidP="00192B8B">
      <w:pPr>
        <w:pStyle w:val="Listaszerbekezds"/>
        <w:numPr>
          <w:ilvl w:val="0"/>
          <w:numId w:val="32"/>
        </w:numPr>
        <w:rPr>
          <w:sz w:val="20"/>
          <w:szCs w:val="20"/>
        </w:rPr>
      </w:pPr>
      <w:r w:rsidRPr="00192B8B">
        <w:rPr>
          <w:sz w:val="20"/>
          <w:szCs w:val="20"/>
        </w:rPr>
        <w:t>Az ÁSZF módosításáról a Szolgáltató elektronikus úton értesíti a Felhasználókat oly módon, hogy a Felhasználó a módosítást követő első Portálra történő belépésekor egy felugró ablakban tájékoztatja a Felhasználót az ÁSZF módosításáról és a módosított ÁSZF tartalmáról. A Felhasználó a Portálra való látogatással fogadja el az ÁSZF módosítást.</w:t>
      </w:r>
    </w:p>
    <w:p w14:paraId="1E828ECD" w14:textId="3466DD35" w:rsidR="00403EC2" w:rsidRPr="00192B8B" w:rsidRDefault="00000000" w:rsidP="00192B8B">
      <w:pPr>
        <w:pStyle w:val="Listaszerbekezds"/>
        <w:numPr>
          <w:ilvl w:val="0"/>
          <w:numId w:val="32"/>
        </w:numPr>
        <w:rPr>
          <w:sz w:val="20"/>
          <w:szCs w:val="20"/>
        </w:rPr>
      </w:pPr>
      <w:r w:rsidRPr="00192B8B">
        <w:rPr>
          <w:sz w:val="20"/>
          <w:szCs w:val="20"/>
        </w:rPr>
        <w:t>Amennyiben a Bérlő az ÁSZF módosítás ellen a közzétételtől, illetve az értesítéstől (amelyik későbbi) számított 8 napon belül a Szolgáltatónál írásban nem tiltakozik, azt ráutaló magatartásnak kell tekinteni, amellyel a Fogyasztó az ÁSZF módosítást kifejezetten elfogadta.</w:t>
      </w:r>
      <w:r w:rsidR="00192B8B">
        <w:rPr>
          <w:sz w:val="20"/>
          <w:szCs w:val="20"/>
        </w:rPr>
        <w:br/>
      </w:r>
    </w:p>
    <w:p w14:paraId="11AD1283" w14:textId="287C08B2" w:rsidR="00403EC2" w:rsidRPr="00192B8B" w:rsidRDefault="00000000" w:rsidP="00192B8B">
      <w:pPr>
        <w:pStyle w:val="Listaszerbekezds"/>
        <w:numPr>
          <w:ilvl w:val="0"/>
          <w:numId w:val="32"/>
        </w:numPr>
        <w:rPr>
          <w:sz w:val="20"/>
          <w:szCs w:val="20"/>
        </w:rPr>
      </w:pPr>
      <w:r w:rsidRPr="00192B8B">
        <w:rPr>
          <w:sz w:val="20"/>
          <w:szCs w:val="20"/>
        </w:rPr>
        <w:t>Amennyiben a Bérlő kifejezetten tiltakozik az ÁSZF módosítás ellen és azt kifejezetten nem fogadja el, a Bérlő jogosult a Szolgáltatóval fennálló szerződését 15 napos felmondási idővel írásban felmondani.</w:t>
      </w:r>
    </w:p>
    <w:p w14:paraId="37ABDC5E" w14:textId="77777777" w:rsidR="00403EC2" w:rsidRPr="004B66D1" w:rsidRDefault="00403EC2" w:rsidP="00197924">
      <w:pPr>
        <w:ind w:left="426"/>
        <w:rPr>
          <w:sz w:val="20"/>
          <w:szCs w:val="20"/>
        </w:rPr>
      </w:pPr>
    </w:p>
    <w:p w14:paraId="5731E581" w14:textId="0BC76E2C" w:rsidR="00403EC2" w:rsidRPr="00192B8B" w:rsidRDefault="00000000" w:rsidP="00192B8B">
      <w:pPr>
        <w:pStyle w:val="Listaszerbekezds"/>
        <w:numPr>
          <w:ilvl w:val="0"/>
          <w:numId w:val="10"/>
        </w:numPr>
        <w:rPr>
          <w:b/>
          <w:bCs/>
          <w:sz w:val="20"/>
          <w:szCs w:val="20"/>
        </w:rPr>
      </w:pPr>
      <w:r w:rsidRPr="00192B8B">
        <w:rPr>
          <w:b/>
          <w:bCs/>
          <w:sz w:val="20"/>
          <w:szCs w:val="20"/>
        </w:rPr>
        <w:t>SZERZŐDÉS MEGSZŰNÉSE ÉS MEGSZÜNTETÉSE</w:t>
      </w:r>
      <w:r w:rsidR="00192B8B">
        <w:rPr>
          <w:b/>
          <w:bCs/>
          <w:sz w:val="20"/>
          <w:szCs w:val="20"/>
        </w:rPr>
        <w:br/>
      </w:r>
    </w:p>
    <w:p w14:paraId="303E5A29" w14:textId="479E80AF" w:rsidR="00403EC2" w:rsidRPr="00192B8B" w:rsidRDefault="00000000" w:rsidP="00192B8B">
      <w:pPr>
        <w:pStyle w:val="Listaszerbekezds"/>
        <w:numPr>
          <w:ilvl w:val="0"/>
          <w:numId w:val="34"/>
        </w:numPr>
        <w:rPr>
          <w:sz w:val="20"/>
          <w:szCs w:val="20"/>
        </w:rPr>
      </w:pPr>
      <w:r w:rsidRPr="00192B8B">
        <w:rPr>
          <w:sz w:val="20"/>
          <w:szCs w:val="20"/>
        </w:rPr>
        <w:t>A Szolgáltató a megrendelés visszaigazolását követően a Bérlővel jelen ÁSZF alapján fennálló szerződéstől a legkésőbb a (kör)utazás, városnézés megkezdésének időpontját megelőző 48 (negyvennyolc) óráig jogosult írásban elállni, ezt követően a Szerződést – annak határozott tartamára tekintettel – nem jogosult felmondani.</w:t>
      </w:r>
      <w:r w:rsidR="00192B8B">
        <w:rPr>
          <w:sz w:val="20"/>
          <w:szCs w:val="20"/>
        </w:rPr>
        <w:br/>
      </w:r>
    </w:p>
    <w:p w14:paraId="631597A1" w14:textId="09532647" w:rsidR="00403EC2" w:rsidRPr="00192B8B" w:rsidRDefault="00000000" w:rsidP="00192B8B">
      <w:pPr>
        <w:pStyle w:val="Listaszerbekezds"/>
        <w:numPr>
          <w:ilvl w:val="0"/>
          <w:numId w:val="34"/>
        </w:numPr>
        <w:rPr>
          <w:sz w:val="20"/>
          <w:szCs w:val="20"/>
        </w:rPr>
      </w:pPr>
      <w:r w:rsidRPr="00192B8B">
        <w:rPr>
          <w:sz w:val="20"/>
          <w:szCs w:val="20"/>
        </w:rPr>
        <w:t>Bérlő jelen ÁSZF alapján szolgáltatóval fennálló szerződéstől legkésőbb a (kör)utazás, városnézés megkezdésének időpontját megelőző 48 (negyvennyolc) óráig jogosult írásban elállni, ezt követően a Szerződést – annak határozott tartamára tekintettel – nem jogosult felmondani.</w:t>
      </w:r>
      <w:r w:rsidR="00192B8B">
        <w:rPr>
          <w:sz w:val="20"/>
          <w:szCs w:val="20"/>
        </w:rPr>
        <w:br/>
      </w:r>
    </w:p>
    <w:p w14:paraId="4E66F94B" w14:textId="52A2F488" w:rsidR="00403EC2" w:rsidRPr="00192B8B" w:rsidRDefault="00000000" w:rsidP="00192B8B">
      <w:pPr>
        <w:pStyle w:val="Listaszerbekezds"/>
        <w:numPr>
          <w:ilvl w:val="0"/>
          <w:numId w:val="34"/>
        </w:numPr>
        <w:rPr>
          <w:sz w:val="20"/>
          <w:szCs w:val="20"/>
        </w:rPr>
      </w:pPr>
      <w:r w:rsidRPr="00192B8B">
        <w:rPr>
          <w:sz w:val="20"/>
          <w:szCs w:val="20"/>
        </w:rPr>
        <w:t>Szolgáltató jogosult a Bérlővel fennálló szerződését azonnali hatállyal, írásban felmondani, ha a Vásárló súlyosan megsérti a jelen ÁSZF rendelkezéseit.</w:t>
      </w:r>
      <w:r w:rsidR="00192B8B">
        <w:rPr>
          <w:sz w:val="20"/>
          <w:szCs w:val="20"/>
        </w:rPr>
        <w:br/>
      </w:r>
    </w:p>
    <w:p w14:paraId="5F768B1C" w14:textId="571B1F75" w:rsidR="00403EC2" w:rsidRPr="00192B8B" w:rsidRDefault="00000000" w:rsidP="00192B8B">
      <w:pPr>
        <w:pStyle w:val="Listaszerbekezds"/>
        <w:numPr>
          <w:ilvl w:val="0"/>
          <w:numId w:val="34"/>
        </w:numPr>
        <w:rPr>
          <w:sz w:val="20"/>
          <w:szCs w:val="20"/>
        </w:rPr>
      </w:pPr>
      <w:r w:rsidRPr="00192B8B">
        <w:rPr>
          <w:sz w:val="20"/>
          <w:szCs w:val="20"/>
        </w:rPr>
        <w:t>Felek a jelen ÁSZF szerinti szerződést jogosultak írásban bármikor közös megegyezéssel megszüntetni.</w:t>
      </w:r>
      <w:r w:rsidR="00192B8B">
        <w:rPr>
          <w:sz w:val="20"/>
          <w:szCs w:val="20"/>
        </w:rPr>
        <w:br/>
      </w:r>
    </w:p>
    <w:p w14:paraId="61C39B58" w14:textId="2AF65FA0" w:rsidR="00403EC2" w:rsidRPr="00192B8B" w:rsidRDefault="00000000" w:rsidP="00192B8B">
      <w:pPr>
        <w:pStyle w:val="Listaszerbekezds"/>
        <w:numPr>
          <w:ilvl w:val="0"/>
          <w:numId w:val="34"/>
        </w:numPr>
        <w:rPr>
          <w:sz w:val="20"/>
          <w:szCs w:val="20"/>
        </w:rPr>
      </w:pPr>
      <w:r w:rsidRPr="00192B8B">
        <w:rPr>
          <w:sz w:val="20"/>
          <w:szCs w:val="20"/>
        </w:rPr>
        <w:t>A Felhasználóval a jelen ÁSZF szerinti szerződés határozatlan időtartamra, míg a Bérlővel a Bérlő által meghatározott határozott időtartamra jön létre.</w:t>
      </w:r>
      <w:r w:rsidR="00192B8B">
        <w:rPr>
          <w:sz w:val="20"/>
          <w:szCs w:val="20"/>
        </w:rPr>
        <w:br/>
      </w:r>
    </w:p>
    <w:p w14:paraId="282B6792" w14:textId="30DE497A" w:rsidR="00403EC2" w:rsidRPr="00192B8B" w:rsidRDefault="00000000" w:rsidP="00192B8B">
      <w:pPr>
        <w:pStyle w:val="Listaszerbekezds"/>
        <w:numPr>
          <w:ilvl w:val="0"/>
          <w:numId w:val="34"/>
        </w:numPr>
        <w:rPr>
          <w:sz w:val="20"/>
          <w:szCs w:val="20"/>
        </w:rPr>
      </w:pPr>
      <w:r w:rsidRPr="00192B8B">
        <w:rPr>
          <w:sz w:val="20"/>
          <w:szCs w:val="20"/>
        </w:rPr>
        <w:t>A Szolgáltató és Felhasználó között létrejövő a Felek a Ptk. szabályai szerint jogosultak felmondani.</w:t>
      </w:r>
      <w:r w:rsidR="00192B8B">
        <w:rPr>
          <w:sz w:val="20"/>
          <w:szCs w:val="20"/>
        </w:rPr>
        <w:br/>
      </w:r>
    </w:p>
    <w:p w14:paraId="24311565" w14:textId="600BA59D" w:rsidR="00403EC2" w:rsidRPr="00192B8B" w:rsidRDefault="00000000" w:rsidP="00192B8B">
      <w:pPr>
        <w:pStyle w:val="Listaszerbekezds"/>
        <w:numPr>
          <w:ilvl w:val="0"/>
          <w:numId w:val="34"/>
        </w:numPr>
        <w:rPr>
          <w:sz w:val="20"/>
          <w:szCs w:val="20"/>
        </w:rPr>
      </w:pPr>
      <w:r w:rsidRPr="00192B8B">
        <w:rPr>
          <w:sz w:val="20"/>
          <w:szCs w:val="20"/>
        </w:rPr>
        <w:t>Ha a Bérlő a Szolgáltatónak a jelen ÁSZF szerinti szerződés megszegésével kárt okoz, köteles azt teljes egészében megtéríteni. A kártérítési kötelezettség kiterjed a Bérlő szerződésszegése következtében bekövetkezett tapadó károkra, következményes károkra, felelősségi károkra, a Szolgáltatót ért elmaradt haszonra és a Szolgáltató oldalán a kár kiküszöböléséhez felmerült költségekre. Valamennyi, Bérlő által okozott kár a szerződéskötés és a károkozás időpontjában előre látható kárnak minősül, amelyet a Bérlő az ÁSZF elfogadásával kifejezetten tudomásul vesz és elfogad.</w:t>
      </w:r>
    </w:p>
    <w:p w14:paraId="0A0E96DE" w14:textId="77777777" w:rsidR="00403EC2" w:rsidRPr="004B66D1" w:rsidRDefault="00403EC2" w:rsidP="00197924">
      <w:pPr>
        <w:ind w:left="426"/>
        <w:rPr>
          <w:sz w:val="20"/>
          <w:szCs w:val="20"/>
        </w:rPr>
      </w:pPr>
    </w:p>
    <w:p w14:paraId="6CBE6796" w14:textId="670500AB" w:rsidR="00403EC2" w:rsidRPr="00192B8B" w:rsidRDefault="00000000" w:rsidP="00192B8B">
      <w:pPr>
        <w:pStyle w:val="Listaszerbekezds"/>
        <w:numPr>
          <w:ilvl w:val="0"/>
          <w:numId w:val="10"/>
        </w:numPr>
        <w:rPr>
          <w:b/>
          <w:bCs/>
          <w:sz w:val="20"/>
          <w:szCs w:val="20"/>
        </w:rPr>
      </w:pPr>
      <w:r w:rsidRPr="00192B8B">
        <w:rPr>
          <w:b/>
          <w:bCs/>
          <w:sz w:val="20"/>
          <w:szCs w:val="20"/>
        </w:rPr>
        <w:lastRenderedPageBreak/>
        <w:t>ZÁRÓ RENDELKEZÉSEK</w:t>
      </w:r>
      <w:r w:rsidR="00192B8B">
        <w:rPr>
          <w:b/>
          <w:bCs/>
          <w:sz w:val="20"/>
          <w:szCs w:val="20"/>
        </w:rPr>
        <w:br/>
      </w:r>
    </w:p>
    <w:p w14:paraId="5F98D462" w14:textId="15636298" w:rsidR="00403EC2" w:rsidRPr="00192B8B" w:rsidRDefault="00000000" w:rsidP="00192B8B">
      <w:pPr>
        <w:pStyle w:val="Listaszerbekezds"/>
        <w:numPr>
          <w:ilvl w:val="0"/>
          <w:numId w:val="35"/>
        </w:numPr>
        <w:rPr>
          <w:sz w:val="20"/>
          <w:szCs w:val="20"/>
        </w:rPr>
      </w:pPr>
      <w:r w:rsidRPr="00192B8B">
        <w:rPr>
          <w:sz w:val="20"/>
          <w:szCs w:val="20"/>
        </w:rPr>
        <w:t>Amennyiben jelen ÁSZF valamely rendelkezése érvénytelen vagy érvénytelenné válik, úgy ez a rendelkezés a megállapodás többi rendelkezését nem érinti.</w:t>
      </w:r>
      <w:r w:rsidR="00192B8B">
        <w:rPr>
          <w:sz w:val="20"/>
          <w:szCs w:val="20"/>
        </w:rPr>
        <w:br/>
      </w:r>
    </w:p>
    <w:p w14:paraId="0518AD37" w14:textId="2F52E34B" w:rsidR="00403EC2" w:rsidRPr="00192B8B" w:rsidRDefault="00000000" w:rsidP="00192B8B">
      <w:pPr>
        <w:pStyle w:val="Listaszerbekezds"/>
        <w:numPr>
          <w:ilvl w:val="0"/>
          <w:numId w:val="35"/>
        </w:numPr>
        <w:rPr>
          <w:sz w:val="20"/>
          <w:szCs w:val="20"/>
        </w:rPr>
      </w:pPr>
      <w:r w:rsidRPr="00192B8B">
        <w:rPr>
          <w:sz w:val="20"/>
          <w:szCs w:val="20"/>
        </w:rPr>
        <w:t>A jelen ÁSZF-re Magyarország jogszabályai és a magyar jog az irányadó, és az ebből eredő jogviták elbírálására a magyar hatóságok és bíróságok rendelkeznek joghatósággal.</w:t>
      </w:r>
      <w:r w:rsidR="00192B8B">
        <w:rPr>
          <w:sz w:val="20"/>
          <w:szCs w:val="20"/>
        </w:rPr>
        <w:br/>
      </w:r>
    </w:p>
    <w:p w14:paraId="1EB9C2E4" w14:textId="49512E0B" w:rsidR="00403EC2" w:rsidRPr="00192B8B" w:rsidRDefault="00000000" w:rsidP="00192B8B">
      <w:pPr>
        <w:pStyle w:val="Listaszerbekezds"/>
        <w:numPr>
          <w:ilvl w:val="0"/>
          <w:numId w:val="35"/>
        </w:numPr>
        <w:rPr>
          <w:sz w:val="20"/>
          <w:szCs w:val="20"/>
        </w:rPr>
      </w:pPr>
      <w:r w:rsidRPr="00192B8B">
        <w:rPr>
          <w:sz w:val="20"/>
          <w:szCs w:val="20"/>
        </w:rPr>
        <w:t>Jelen ÁSZF elválaszthatatlan mellékletét képezi a Szolgáltató és a Bérlő között létrejövő szerződésnek. Az ÁSZF elfogadásával a Bérlő kifejezetten kijelenti és elismeri, hogy jelen ÁSZF rendelkezéseit átolvasta, tudomásul vette, és azokat önmagára nézve kötelezőként ismeri el.</w:t>
      </w:r>
      <w:r w:rsidR="00192B8B">
        <w:rPr>
          <w:sz w:val="20"/>
          <w:szCs w:val="20"/>
        </w:rPr>
        <w:br/>
      </w:r>
    </w:p>
    <w:p w14:paraId="5776693D" w14:textId="755463B6" w:rsidR="00403EC2" w:rsidRPr="00192B8B" w:rsidRDefault="00000000" w:rsidP="00192B8B">
      <w:pPr>
        <w:pStyle w:val="Listaszerbekezds"/>
        <w:numPr>
          <w:ilvl w:val="0"/>
          <w:numId w:val="35"/>
        </w:numPr>
        <w:rPr>
          <w:sz w:val="20"/>
          <w:szCs w:val="20"/>
        </w:rPr>
      </w:pPr>
      <w:r w:rsidRPr="00192B8B">
        <w:rPr>
          <w:sz w:val="20"/>
          <w:szCs w:val="20"/>
        </w:rPr>
        <w:t>A Felek a jelen ÁSZF-fel kapcsolatos értesítéseiket írásban közlik egymással. Írásbelinek minősül a személyes átadás, a futár által történő kézbesítés, a postai küldeményként való kézbesítés, továbbá az elektronikus levélként való kézbesítés, ha az elektronikus levél a Felek megjelölt elektronikus levelezési címéről érkezik és annak kézhezvételét a címzett visszaigazolta.</w:t>
      </w:r>
      <w:r w:rsidR="00192B8B">
        <w:rPr>
          <w:sz w:val="20"/>
          <w:szCs w:val="20"/>
        </w:rPr>
        <w:br/>
      </w:r>
    </w:p>
    <w:p w14:paraId="74B01CC7" w14:textId="75E1FA66" w:rsidR="00403EC2" w:rsidRPr="00192B8B" w:rsidRDefault="00000000" w:rsidP="00192B8B">
      <w:pPr>
        <w:pStyle w:val="Listaszerbekezds"/>
        <w:numPr>
          <w:ilvl w:val="0"/>
          <w:numId w:val="35"/>
        </w:numPr>
        <w:rPr>
          <w:sz w:val="20"/>
          <w:szCs w:val="20"/>
        </w:rPr>
      </w:pPr>
      <w:r w:rsidRPr="00192B8B">
        <w:rPr>
          <w:sz w:val="20"/>
          <w:szCs w:val="20"/>
        </w:rPr>
        <w:t>Ellenkező bizonyításának hiányában az értesítést az alábbi időpontokban kell a másik Félhez kézbesítettnek és a másik Fél által olvasottnak tekinteni:</w:t>
      </w:r>
    </w:p>
    <w:p w14:paraId="234CF368" w14:textId="27E447B0" w:rsidR="00403EC2" w:rsidRPr="00192B8B" w:rsidRDefault="00000000" w:rsidP="00192B8B">
      <w:pPr>
        <w:pStyle w:val="Listaszerbekezds"/>
        <w:numPr>
          <w:ilvl w:val="0"/>
          <w:numId w:val="36"/>
        </w:numPr>
        <w:rPr>
          <w:sz w:val="20"/>
          <w:szCs w:val="20"/>
        </w:rPr>
      </w:pPr>
      <w:r w:rsidRPr="00192B8B">
        <w:rPr>
          <w:sz w:val="20"/>
          <w:szCs w:val="20"/>
        </w:rPr>
        <w:t>futárral való kézbesítés esetén a küldemény feladásától számított 5. napon;</w:t>
      </w:r>
    </w:p>
    <w:p w14:paraId="5A22B306" w14:textId="6F39053E" w:rsidR="00403EC2" w:rsidRPr="00192B8B" w:rsidRDefault="00000000" w:rsidP="00192B8B">
      <w:pPr>
        <w:pStyle w:val="Listaszerbekezds"/>
        <w:numPr>
          <w:ilvl w:val="0"/>
          <w:numId w:val="36"/>
        </w:numPr>
        <w:rPr>
          <w:sz w:val="20"/>
          <w:szCs w:val="20"/>
        </w:rPr>
      </w:pPr>
      <w:r w:rsidRPr="00192B8B">
        <w:rPr>
          <w:sz w:val="20"/>
          <w:szCs w:val="20"/>
        </w:rPr>
        <w:t>légipostai, illetve egyéb küldeményként külföldre való kézbesítés esetén a feladástól számított 7. napon;</w:t>
      </w:r>
    </w:p>
    <w:p w14:paraId="003AC9A5" w14:textId="0D4583C5" w:rsidR="00403EC2" w:rsidRPr="00192B8B" w:rsidRDefault="00000000" w:rsidP="00192B8B">
      <w:pPr>
        <w:pStyle w:val="Listaszerbekezds"/>
        <w:numPr>
          <w:ilvl w:val="0"/>
          <w:numId w:val="36"/>
        </w:numPr>
        <w:rPr>
          <w:sz w:val="20"/>
          <w:szCs w:val="20"/>
        </w:rPr>
      </w:pPr>
      <w:r w:rsidRPr="00192B8B">
        <w:rPr>
          <w:sz w:val="20"/>
          <w:szCs w:val="20"/>
        </w:rPr>
        <w:t>elektronikus levélként való küldés esetében pedig az üzenet elküldésének napját követő első munkanap 24:00 órájáig.</w:t>
      </w:r>
    </w:p>
    <w:p w14:paraId="6A5677F6" w14:textId="77777777" w:rsidR="00403EC2" w:rsidRPr="004B66D1" w:rsidRDefault="00403EC2" w:rsidP="00197924">
      <w:pPr>
        <w:ind w:left="426"/>
        <w:rPr>
          <w:sz w:val="20"/>
          <w:szCs w:val="20"/>
        </w:rPr>
      </w:pPr>
    </w:p>
    <w:p w14:paraId="1244FAFA" w14:textId="4012ACAD" w:rsidR="00403EC2" w:rsidRPr="004B66D1" w:rsidRDefault="00000000" w:rsidP="00197924">
      <w:pPr>
        <w:ind w:left="426"/>
        <w:rPr>
          <w:sz w:val="20"/>
          <w:szCs w:val="20"/>
        </w:rPr>
      </w:pPr>
      <w:r w:rsidRPr="004B66D1">
        <w:rPr>
          <w:sz w:val="20"/>
          <w:szCs w:val="20"/>
        </w:rPr>
        <w:t>Budapest,</w:t>
      </w:r>
      <w:r w:rsidR="008B0544">
        <w:rPr>
          <w:sz w:val="20"/>
          <w:szCs w:val="20"/>
        </w:rPr>
        <w:t xml:space="preserve"> 2026.09.24</w:t>
      </w:r>
    </w:p>
    <w:p w14:paraId="7B5D0C2D" w14:textId="77777777" w:rsidR="00403EC2" w:rsidRPr="004B66D1" w:rsidRDefault="00403EC2" w:rsidP="00197924">
      <w:pPr>
        <w:ind w:left="426"/>
        <w:rPr>
          <w:sz w:val="20"/>
          <w:szCs w:val="20"/>
        </w:rPr>
      </w:pPr>
    </w:p>
    <w:p w14:paraId="61189AF3" w14:textId="77777777" w:rsidR="00192B8B" w:rsidRDefault="00192B8B" w:rsidP="00197924">
      <w:pPr>
        <w:ind w:left="426"/>
        <w:rPr>
          <w:sz w:val="20"/>
          <w:szCs w:val="20"/>
        </w:rPr>
      </w:pPr>
    </w:p>
    <w:p w14:paraId="1C8CDAF9" w14:textId="77777777" w:rsidR="00192B8B" w:rsidRDefault="00192B8B" w:rsidP="00197924">
      <w:pPr>
        <w:ind w:left="426"/>
        <w:rPr>
          <w:sz w:val="20"/>
          <w:szCs w:val="20"/>
        </w:rPr>
      </w:pPr>
    </w:p>
    <w:p w14:paraId="7711BB16" w14:textId="77777777" w:rsidR="00192B8B" w:rsidRDefault="00192B8B" w:rsidP="00197924">
      <w:pPr>
        <w:ind w:left="426"/>
        <w:rPr>
          <w:sz w:val="20"/>
          <w:szCs w:val="20"/>
        </w:rPr>
      </w:pPr>
    </w:p>
    <w:p w14:paraId="744B5E98" w14:textId="77777777" w:rsidR="00192B8B" w:rsidRDefault="00192B8B" w:rsidP="00197924">
      <w:pPr>
        <w:ind w:left="426"/>
        <w:rPr>
          <w:sz w:val="20"/>
          <w:szCs w:val="20"/>
        </w:rPr>
      </w:pPr>
    </w:p>
    <w:p w14:paraId="5C6717E9" w14:textId="77777777" w:rsidR="00192B8B" w:rsidRDefault="00192B8B" w:rsidP="00197924">
      <w:pPr>
        <w:ind w:left="426"/>
        <w:rPr>
          <w:sz w:val="20"/>
          <w:szCs w:val="20"/>
        </w:rPr>
      </w:pPr>
    </w:p>
    <w:p w14:paraId="6715ABD8" w14:textId="77777777" w:rsidR="00192B8B" w:rsidRDefault="00192B8B" w:rsidP="00197924">
      <w:pPr>
        <w:ind w:left="426"/>
        <w:rPr>
          <w:sz w:val="20"/>
          <w:szCs w:val="20"/>
        </w:rPr>
      </w:pPr>
    </w:p>
    <w:p w14:paraId="361AF7BC" w14:textId="77777777" w:rsidR="00192B8B" w:rsidRDefault="00192B8B" w:rsidP="00197924">
      <w:pPr>
        <w:ind w:left="426"/>
        <w:rPr>
          <w:sz w:val="20"/>
          <w:szCs w:val="20"/>
        </w:rPr>
      </w:pPr>
    </w:p>
    <w:p w14:paraId="387BDA65" w14:textId="77777777" w:rsidR="00192B8B" w:rsidRDefault="00192B8B" w:rsidP="00197924">
      <w:pPr>
        <w:ind w:left="426"/>
        <w:rPr>
          <w:sz w:val="20"/>
          <w:szCs w:val="20"/>
        </w:rPr>
      </w:pPr>
    </w:p>
    <w:p w14:paraId="074652BA" w14:textId="77777777" w:rsidR="00192B8B" w:rsidRDefault="00192B8B" w:rsidP="00197924">
      <w:pPr>
        <w:ind w:left="426"/>
        <w:rPr>
          <w:sz w:val="20"/>
          <w:szCs w:val="20"/>
        </w:rPr>
      </w:pPr>
    </w:p>
    <w:p w14:paraId="4AF199F5" w14:textId="77777777" w:rsidR="00192B8B" w:rsidRDefault="00192B8B" w:rsidP="00197924">
      <w:pPr>
        <w:ind w:left="426"/>
        <w:rPr>
          <w:sz w:val="20"/>
          <w:szCs w:val="20"/>
        </w:rPr>
      </w:pPr>
    </w:p>
    <w:p w14:paraId="37694C42" w14:textId="77777777" w:rsidR="00192B8B" w:rsidRDefault="00192B8B" w:rsidP="00197924">
      <w:pPr>
        <w:ind w:left="426"/>
        <w:rPr>
          <w:sz w:val="20"/>
          <w:szCs w:val="20"/>
        </w:rPr>
      </w:pPr>
    </w:p>
    <w:p w14:paraId="41E15FA7" w14:textId="77777777" w:rsidR="00192B8B" w:rsidRDefault="00192B8B" w:rsidP="00197924">
      <w:pPr>
        <w:ind w:left="426"/>
        <w:rPr>
          <w:sz w:val="20"/>
          <w:szCs w:val="20"/>
        </w:rPr>
      </w:pPr>
    </w:p>
    <w:p w14:paraId="17B1A773" w14:textId="77777777" w:rsidR="00192B8B" w:rsidRDefault="00192B8B" w:rsidP="00197924">
      <w:pPr>
        <w:ind w:left="426"/>
        <w:rPr>
          <w:sz w:val="20"/>
          <w:szCs w:val="20"/>
        </w:rPr>
      </w:pPr>
    </w:p>
    <w:p w14:paraId="4448697D" w14:textId="77777777" w:rsidR="00192B8B" w:rsidRDefault="00192B8B" w:rsidP="00197924">
      <w:pPr>
        <w:ind w:left="426"/>
        <w:rPr>
          <w:sz w:val="20"/>
          <w:szCs w:val="20"/>
        </w:rPr>
      </w:pPr>
    </w:p>
    <w:p w14:paraId="1054AC2F" w14:textId="77777777" w:rsidR="00192B8B" w:rsidRDefault="00192B8B" w:rsidP="00197924">
      <w:pPr>
        <w:ind w:left="426"/>
        <w:rPr>
          <w:sz w:val="20"/>
          <w:szCs w:val="20"/>
        </w:rPr>
      </w:pPr>
    </w:p>
    <w:p w14:paraId="077D95F8" w14:textId="77777777" w:rsidR="00192B8B" w:rsidRDefault="00192B8B" w:rsidP="00197924">
      <w:pPr>
        <w:ind w:left="426"/>
        <w:rPr>
          <w:sz w:val="20"/>
          <w:szCs w:val="20"/>
        </w:rPr>
      </w:pPr>
    </w:p>
    <w:p w14:paraId="27A02D97" w14:textId="77777777" w:rsidR="00192B8B" w:rsidRDefault="00192B8B" w:rsidP="00197924">
      <w:pPr>
        <w:ind w:left="426"/>
        <w:rPr>
          <w:sz w:val="20"/>
          <w:szCs w:val="20"/>
        </w:rPr>
      </w:pPr>
    </w:p>
    <w:p w14:paraId="2AB335E4" w14:textId="77777777" w:rsidR="00192B8B" w:rsidRDefault="00192B8B" w:rsidP="00197924">
      <w:pPr>
        <w:ind w:left="426"/>
        <w:rPr>
          <w:sz w:val="20"/>
          <w:szCs w:val="20"/>
        </w:rPr>
      </w:pPr>
    </w:p>
    <w:p w14:paraId="5427541F" w14:textId="77777777" w:rsidR="00192B8B" w:rsidRDefault="00192B8B" w:rsidP="00197924">
      <w:pPr>
        <w:ind w:left="426"/>
        <w:rPr>
          <w:sz w:val="20"/>
          <w:szCs w:val="20"/>
        </w:rPr>
      </w:pPr>
    </w:p>
    <w:p w14:paraId="535E34C5" w14:textId="77777777" w:rsidR="00192B8B" w:rsidRDefault="00192B8B" w:rsidP="00197924">
      <w:pPr>
        <w:ind w:left="426"/>
        <w:rPr>
          <w:sz w:val="20"/>
          <w:szCs w:val="20"/>
        </w:rPr>
      </w:pPr>
    </w:p>
    <w:p w14:paraId="109402DA" w14:textId="77777777" w:rsidR="00192B8B" w:rsidRDefault="00192B8B" w:rsidP="00197924">
      <w:pPr>
        <w:ind w:left="426"/>
        <w:rPr>
          <w:sz w:val="20"/>
          <w:szCs w:val="20"/>
        </w:rPr>
      </w:pPr>
    </w:p>
    <w:p w14:paraId="3BA925DD" w14:textId="601B40DB" w:rsidR="00403EC2" w:rsidRPr="004B66D1" w:rsidRDefault="00000000" w:rsidP="00192B8B">
      <w:pPr>
        <w:ind w:left="426"/>
        <w:jc w:val="center"/>
        <w:rPr>
          <w:sz w:val="20"/>
          <w:szCs w:val="20"/>
        </w:rPr>
      </w:pPr>
      <w:r w:rsidRPr="004B66D1">
        <w:rPr>
          <w:sz w:val="20"/>
          <w:szCs w:val="20"/>
        </w:rPr>
        <w:t>1. sz. melléklet</w:t>
      </w:r>
    </w:p>
    <w:p w14:paraId="631E7184" w14:textId="77777777" w:rsidR="00403EC2" w:rsidRPr="00192B8B" w:rsidRDefault="00000000" w:rsidP="00192B8B">
      <w:pPr>
        <w:ind w:left="426"/>
        <w:jc w:val="center"/>
        <w:rPr>
          <w:b/>
          <w:bCs/>
          <w:sz w:val="20"/>
          <w:szCs w:val="20"/>
        </w:rPr>
      </w:pPr>
      <w:r w:rsidRPr="00192B8B">
        <w:rPr>
          <w:b/>
          <w:bCs/>
          <w:sz w:val="20"/>
          <w:szCs w:val="20"/>
        </w:rPr>
        <w:t>Elállási/Felmondási nyilatkozatminta</w:t>
      </w:r>
    </w:p>
    <w:p w14:paraId="21F5B3D1" w14:textId="77777777" w:rsidR="00403EC2" w:rsidRPr="004B66D1" w:rsidRDefault="00000000" w:rsidP="00192B8B">
      <w:pPr>
        <w:ind w:left="426"/>
        <w:jc w:val="center"/>
        <w:rPr>
          <w:sz w:val="20"/>
          <w:szCs w:val="20"/>
        </w:rPr>
      </w:pPr>
      <w:r w:rsidRPr="004B66D1">
        <w:rPr>
          <w:sz w:val="20"/>
          <w:szCs w:val="20"/>
        </w:rPr>
        <w:t>(Kérjük, csak a szerződéstől való elállási/felmondási szándék esetén töltse ki és juttassa vissza).</w:t>
      </w:r>
    </w:p>
    <w:p w14:paraId="6A000AC0" w14:textId="77777777" w:rsidR="00403EC2" w:rsidRPr="004B66D1" w:rsidRDefault="00403EC2" w:rsidP="00197924">
      <w:pPr>
        <w:ind w:left="426"/>
        <w:rPr>
          <w:sz w:val="20"/>
          <w:szCs w:val="20"/>
        </w:rPr>
      </w:pPr>
    </w:p>
    <w:p w14:paraId="36340D27" w14:textId="62BD8357" w:rsidR="00403EC2" w:rsidRPr="004B66D1" w:rsidRDefault="00000000" w:rsidP="00197924">
      <w:pPr>
        <w:ind w:left="426"/>
        <w:rPr>
          <w:sz w:val="20"/>
          <w:szCs w:val="20"/>
        </w:rPr>
      </w:pPr>
      <w:r w:rsidRPr="004B66D1">
        <w:rPr>
          <w:sz w:val="20"/>
          <w:szCs w:val="20"/>
        </w:rPr>
        <w:t xml:space="preserve">"Címzett: </w:t>
      </w:r>
      <w:r w:rsidRPr="00192B8B">
        <w:rPr>
          <w:b/>
          <w:bCs/>
          <w:sz w:val="20"/>
          <w:szCs w:val="20"/>
        </w:rPr>
        <w:t>WIRELESS COMMUNICATIONS Korlátolt Felelősségű Társaság</w:t>
      </w:r>
      <w:r w:rsidR="00192B8B">
        <w:rPr>
          <w:b/>
          <w:bCs/>
          <w:sz w:val="20"/>
          <w:szCs w:val="20"/>
        </w:rPr>
        <w:br/>
      </w:r>
      <w:r w:rsidRPr="004B66D1">
        <w:rPr>
          <w:sz w:val="20"/>
          <w:szCs w:val="20"/>
        </w:rPr>
        <w:t>Székhelye: 2040 Budaörs, Petőfi utca 44</w:t>
      </w:r>
      <w:r w:rsidR="00192B8B">
        <w:rPr>
          <w:sz w:val="20"/>
          <w:szCs w:val="20"/>
        </w:rPr>
        <w:br/>
      </w:r>
      <w:r w:rsidRPr="004B66D1">
        <w:rPr>
          <w:sz w:val="20"/>
          <w:szCs w:val="20"/>
        </w:rPr>
        <w:t>e-mail: booking@tourguidesystem.hu</w:t>
      </w:r>
    </w:p>
    <w:p w14:paraId="05E95DAC" w14:textId="77777777" w:rsidR="00403EC2" w:rsidRPr="004B66D1" w:rsidRDefault="00403EC2" w:rsidP="00197924">
      <w:pPr>
        <w:ind w:left="426"/>
        <w:rPr>
          <w:sz w:val="20"/>
          <w:szCs w:val="20"/>
        </w:rPr>
      </w:pPr>
    </w:p>
    <w:p w14:paraId="64BB546B" w14:textId="77777777" w:rsidR="00403EC2" w:rsidRPr="004B66D1" w:rsidRDefault="00000000" w:rsidP="00197924">
      <w:pPr>
        <w:ind w:left="426"/>
        <w:rPr>
          <w:sz w:val="20"/>
          <w:szCs w:val="20"/>
        </w:rPr>
      </w:pPr>
      <w:r w:rsidRPr="004B66D1">
        <w:rPr>
          <w:sz w:val="20"/>
          <w:szCs w:val="20"/>
        </w:rPr>
        <w:t>Alulírott/ak kijelentem/kijelentjük, hogy gyakorlom/gyakoroljuk elállási/felmondási jogomat/jogunkat az alábbi termék/ek adásvételére vagy az alábbi szolgáltatás nyújtására irányuló szerződés tekintetében:</w:t>
      </w:r>
    </w:p>
    <w:p w14:paraId="01A26AE9" w14:textId="77777777" w:rsidR="00403EC2" w:rsidRPr="004B66D1" w:rsidRDefault="00000000" w:rsidP="00197924">
      <w:pPr>
        <w:ind w:left="426"/>
        <w:rPr>
          <w:sz w:val="20"/>
          <w:szCs w:val="20"/>
        </w:rPr>
      </w:pPr>
      <w:r w:rsidRPr="004B66D1">
        <w:rPr>
          <w:sz w:val="20"/>
          <w:szCs w:val="20"/>
        </w:rPr>
        <w:t>Szerződéskötés időpontja /átvétel időpontja:</w:t>
      </w:r>
    </w:p>
    <w:p w14:paraId="03E44C2A" w14:textId="1CE5F45E" w:rsidR="00403EC2" w:rsidRPr="004B66D1" w:rsidRDefault="00000000" w:rsidP="00197924">
      <w:pPr>
        <w:ind w:left="426"/>
        <w:rPr>
          <w:sz w:val="20"/>
          <w:szCs w:val="20"/>
        </w:rPr>
      </w:pPr>
      <w:r w:rsidRPr="004B66D1">
        <w:rPr>
          <w:sz w:val="20"/>
          <w:szCs w:val="20"/>
        </w:rPr>
        <w:t>A megrendelés száma:</w:t>
      </w:r>
      <w:r w:rsidR="00192B8B">
        <w:rPr>
          <w:sz w:val="20"/>
          <w:szCs w:val="20"/>
        </w:rPr>
        <w:br/>
      </w:r>
      <w:r w:rsidRPr="004B66D1">
        <w:rPr>
          <w:sz w:val="20"/>
          <w:szCs w:val="20"/>
        </w:rPr>
        <w:t>A fogyasztó(k) neve:</w:t>
      </w:r>
      <w:r w:rsidR="00192B8B">
        <w:rPr>
          <w:sz w:val="20"/>
          <w:szCs w:val="20"/>
        </w:rPr>
        <w:br/>
      </w:r>
      <w:r w:rsidRPr="004B66D1">
        <w:rPr>
          <w:sz w:val="20"/>
          <w:szCs w:val="20"/>
        </w:rPr>
        <w:t>A fogyasztó(k) címe:</w:t>
      </w:r>
      <w:r w:rsidR="00192B8B">
        <w:rPr>
          <w:sz w:val="20"/>
          <w:szCs w:val="20"/>
        </w:rPr>
        <w:br/>
      </w:r>
      <w:r w:rsidRPr="004B66D1">
        <w:rPr>
          <w:sz w:val="20"/>
          <w:szCs w:val="20"/>
        </w:rPr>
        <w:t>A fogyasztó(k) aláírása: (kizárólag papíron tett nyilatkozat esetén)</w:t>
      </w:r>
    </w:p>
    <w:p w14:paraId="684A9F87" w14:textId="77777777" w:rsidR="00403EC2" w:rsidRPr="004B66D1" w:rsidRDefault="00000000" w:rsidP="00197924">
      <w:pPr>
        <w:ind w:left="426"/>
        <w:rPr>
          <w:sz w:val="20"/>
          <w:szCs w:val="20"/>
        </w:rPr>
      </w:pPr>
      <w:r w:rsidRPr="004B66D1">
        <w:rPr>
          <w:sz w:val="20"/>
          <w:szCs w:val="20"/>
        </w:rPr>
        <w:t>Kelt"</w:t>
      </w:r>
    </w:p>
    <w:p w14:paraId="11D6E7B2" w14:textId="77777777" w:rsidR="00403EC2" w:rsidRPr="000C7750" w:rsidRDefault="00403EC2" w:rsidP="00197924">
      <w:pPr>
        <w:ind w:left="426"/>
        <w:rPr>
          <w:sz w:val="20"/>
          <w:szCs w:val="20"/>
        </w:rPr>
      </w:pPr>
    </w:p>
    <w:sectPr w:rsidR="00403EC2" w:rsidRPr="000C7750" w:rsidSect="004B66D1">
      <w:footerReference w:type="default" r:id="rId12"/>
      <w:pgSz w:w="12240" w:h="15840"/>
      <w:pgMar w:top="902" w:right="851" w:bottom="102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C3298" w14:textId="77777777" w:rsidR="007B7126" w:rsidRDefault="007B7126" w:rsidP="00192B8B">
      <w:pPr>
        <w:spacing w:after="0" w:line="240" w:lineRule="auto"/>
      </w:pPr>
      <w:r>
        <w:separator/>
      </w:r>
    </w:p>
  </w:endnote>
  <w:endnote w:type="continuationSeparator" w:id="0">
    <w:p w14:paraId="3CF74754" w14:textId="77777777" w:rsidR="007B7126" w:rsidRDefault="007B7126" w:rsidP="00192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39490"/>
      <w:docPartObj>
        <w:docPartGallery w:val="Page Numbers (Bottom of Page)"/>
        <w:docPartUnique/>
      </w:docPartObj>
    </w:sdtPr>
    <w:sdtContent>
      <w:p w14:paraId="4E6ABB25" w14:textId="6E35165A" w:rsidR="00192B8B" w:rsidRDefault="00192B8B">
        <w:pPr>
          <w:pStyle w:val="llb"/>
          <w:jc w:val="center"/>
        </w:pPr>
        <w:r>
          <w:fldChar w:fldCharType="begin"/>
        </w:r>
        <w:r>
          <w:instrText>PAGE   \* MERGEFORMAT</w:instrText>
        </w:r>
        <w:r>
          <w:fldChar w:fldCharType="separate"/>
        </w:r>
        <w:r>
          <w:t>2</w:t>
        </w:r>
        <w:r>
          <w:fldChar w:fldCharType="end"/>
        </w:r>
      </w:p>
    </w:sdtContent>
  </w:sdt>
  <w:p w14:paraId="335E8B57" w14:textId="77777777" w:rsidR="00192B8B" w:rsidRDefault="00192B8B">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D3774" w14:textId="77777777" w:rsidR="007B7126" w:rsidRDefault="007B7126" w:rsidP="00192B8B">
      <w:pPr>
        <w:spacing w:after="0" w:line="240" w:lineRule="auto"/>
      </w:pPr>
      <w:r>
        <w:separator/>
      </w:r>
    </w:p>
  </w:footnote>
  <w:footnote w:type="continuationSeparator" w:id="0">
    <w:p w14:paraId="564B2DF6" w14:textId="77777777" w:rsidR="007B7126" w:rsidRDefault="007B7126" w:rsidP="00192B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abstractNum w:abstractNumId="9" w15:restartNumberingAfterBreak="0">
    <w:nsid w:val="06466AC8"/>
    <w:multiLevelType w:val="hybridMultilevel"/>
    <w:tmpl w:val="76BA2482"/>
    <w:lvl w:ilvl="0" w:tplc="FCDC09B2">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0" w15:restartNumberingAfterBreak="0">
    <w:nsid w:val="160B685B"/>
    <w:multiLevelType w:val="hybridMultilevel"/>
    <w:tmpl w:val="048CD33C"/>
    <w:lvl w:ilvl="0" w:tplc="34DE8078">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1" w15:restartNumberingAfterBreak="0">
    <w:nsid w:val="1A101201"/>
    <w:multiLevelType w:val="hybridMultilevel"/>
    <w:tmpl w:val="912827EE"/>
    <w:lvl w:ilvl="0" w:tplc="751878CC">
      <w:start w:val="1"/>
      <w:numFmt w:val="lowerLetter"/>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2" w15:restartNumberingAfterBreak="0">
    <w:nsid w:val="1DF45890"/>
    <w:multiLevelType w:val="hybridMultilevel"/>
    <w:tmpl w:val="3EFE177A"/>
    <w:lvl w:ilvl="0" w:tplc="EEDAE178">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3" w15:restartNumberingAfterBreak="0">
    <w:nsid w:val="1EA4232D"/>
    <w:multiLevelType w:val="hybridMultilevel"/>
    <w:tmpl w:val="460CA3BA"/>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14" w15:restartNumberingAfterBreak="0">
    <w:nsid w:val="2C101068"/>
    <w:multiLevelType w:val="hybridMultilevel"/>
    <w:tmpl w:val="7B5848E4"/>
    <w:lvl w:ilvl="0" w:tplc="7A0C8D04">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5" w15:restartNumberingAfterBreak="0">
    <w:nsid w:val="2C562BF7"/>
    <w:multiLevelType w:val="hybridMultilevel"/>
    <w:tmpl w:val="27D43A6E"/>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16" w15:restartNumberingAfterBreak="0">
    <w:nsid w:val="2F242320"/>
    <w:multiLevelType w:val="hybridMultilevel"/>
    <w:tmpl w:val="49BE9588"/>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17" w15:restartNumberingAfterBreak="0">
    <w:nsid w:val="34944FA9"/>
    <w:multiLevelType w:val="hybridMultilevel"/>
    <w:tmpl w:val="DE421B6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35553C0D"/>
    <w:multiLevelType w:val="hybridMultilevel"/>
    <w:tmpl w:val="4740D846"/>
    <w:lvl w:ilvl="0" w:tplc="3C422D88">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9" w15:restartNumberingAfterBreak="0">
    <w:nsid w:val="36301411"/>
    <w:multiLevelType w:val="hybridMultilevel"/>
    <w:tmpl w:val="D3FA9786"/>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20" w15:restartNumberingAfterBreak="0">
    <w:nsid w:val="38623FCD"/>
    <w:multiLevelType w:val="hybridMultilevel"/>
    <w:tmpl w:val="943EB616"/>
    <w:lvl w:ilvl="0" w:tplc="040E0001">
      <w:start w:val="1"/>
      <w:numFmt w:val="bullet"/>
      <w:lvlText w:val=""/>
      <w:lvlJc w:val="left"/>
      <w:pPr>
        <w:ind w:left="1146" w:hanging="360"/>
      </w:pPr>
      <w:rPr>
        <w:rFonts w:ascii="Symbol" w:hAnsi="Symbol" w:hint="default"/>
      </w:rPr>
    </w:lvl>
    <w:lvl w:ilvl="1" w:tplc="040E0003">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21" w15:restartNumberingAfterBreak="0">
    <w:nsid w:val="406D662B"/>
    <w:multiLevelType w:val="hybridMultilevel"/>
    <w:tmpl w:val="8B4C8550"/>
    <w:lvl w:ilvl="0" w:tplc="D68C56B4">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2" w15:restartNumberingAfterBreak="0">
    <w:nsid w:val="43C758F4"/>
    <w:multiLevelType w:val="hybridMultilevel"/>
    <w:tmpl w:val="8B26B5A4"/>
    <w:lvl w:ilvl="0" w:tplc="4F700874">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23" w15:restartNumberingAfterBreak="0">
    <w:nsid w:val="460B50AB"/>
    <w:multiLevelType w:val="hybridMultilevel"/>
    <w:tmpl w:val="197E69E4"/>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24" w15:restartNumberingAfterBreak="0">
    <w:nsid w:val="4749105B"/>
    <w:multiLevelType w:val="hybridMultilevel"/>
    <w:tmpl w:val="198A0862"/>
    <w:lvl w:ilvl="0" w:tplc="649E9776">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25" w15:restartNumberingAfterBreak="0">
    <w:nsid w:val="495469F9"/>
    <w:multiLevelType w:val="hybridMultilevel"/>
    <w:tmpl w:val="BC9E6D1A"/>
    <w:lvl w:ilvl="0" w:tplc="0B98333A">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26" w15:restartNumberingAfterBreak="0">
    <w:nsid w:val="4C907866"/>
    <w:multiLevelType w:val="hybridMultilevel"/>
    <w:tmpl w:val="41F2301A"/>
    <w:lvl w:ilvl="0" w:tplc="A9D2857A">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27" w15:restartNumberingAfterBreak="0">
    <w:nsid w:val="53DB2D71"/>
    <w:multiLevelType w:val="hybridMultilevel"/>
    <w:tmpl w:val="4C1C2C9E"/>
    <w:lvl w:ilvl="0" w:tplc="530A3972">
      <w:start w:val="1"/>
      <w:numFmt w:val="lowerLetter"/>
      <w:lvlText w:val="%1."/>
      <w:lvlJc w:val="left"/>
      <w:pPr>
        <w:ind w:left="1800" w:hanging="360"/>
      </w:pPr>
      <w:rPr>
        <w:rFonts w:hint="default"/>
      </w:rPr>
    </w:lvl>
    <w:lvl w:ilvl="1" w:tplc="040E0019" w:tentative="1">
      <w:start w:val="1"/>
      <w:numFmt w:val="lowerLetter"/>
      <w:lvlText w:val="%2."/>
      <w:lvlJc w:val="left"/>
      <w:pPr>
        <w:ind w:left="2520" w:hanging="360"/>
      </w:pPr>
    </w:lvl>
    <w:lvl w:ilvl="2" w:tplc="040E001B" w:tentative="1">
      <w:start w:val="1"/>
      <w:numFmt w:val="lowerRoman"/>
      <w:lvlText w:val="%3."/>
      <w:lvlJc w:val="right"/>
      <w:pPr>
        <w:ind w:left="3240" w:hanging="180"/>
      </w:pPr>
    </w:lvl>
    <w:lvl w:ilvl="3" w:tplc="040E000F" w:tentative="1">
      <w:start w:val="1"/>
      <w:numFmt w:val="decimal"/>
      <w:lvlText w:val="%4."/>
      <w:lvlJc w:val="left"/>
      <w:pPr>
        <w:ind w:left="3960" w:hanging="360"/>
      </w:pPr>
    </w:lvl>
    <w:lvl w:ilvl="4" w:tplc="040E0019" w:tentative="1">
      <w:start w:val="1"/>
      <w:numFmt w:val="lowerLetter"/>
      <w:lvlText w:val="%5."/>
      <w:lvlJc w:val="left"/>
      <w:pPr>
        <w:ind w:left="4680" w:hanging="360"/>
      </w:pPr>
    </w:lvl>
    <w:lvl w:ilvl="5" w:tplc="040E001B" w:tentative="1">
      <w:start w:val="1"/>
      <w:numFmt w:val="lowerRoman"/>
      <w:lvlText w:val="%6."/>
      <w:lvlJc w:val="right"/>
      <w:pPr>
        <w:ind w:left="5400" w:hanging="180"/>
      </w:pPr>
    </w:lvl>
    <w:lvl w:ilvl="6" w:tplc="040E000F" w:tentative="1">
      <w:start w:val="1"/>
      <w:numFmt w:val="decimal"/>
      <w:lvlText w:val="%7."/>
      <w:lvlJc w:val="left"/>
      <w:pPr>
        <w:ind w:left="6120" w:hanging="360"/>
      </w:pPr>
    </w:lvl>
    <w:lvl w:ilvl="7" w:tplc="040E0019" w:tentative="1">
      <w:start w:val="1"/>
      <w:numFmt w:val="lowerLetter"/>
      <w:lvlText w:val="%8."/>
      <w:lvlJc w:val="left"/>
      <w:pPr>
        <w:ind w:left="6840" w:hanging="360"/>
      </w:pPr>
    </w:lvl>
    <w:lvl w:ilvl="8" w:tplc="040E001B" w:tentative="1">
      <w:start w:val="1"/>
      <w:numFmt w:val="lowerRoman"/>
      <w:lvlText w:val="%9."/>
      <w:lvlJc w:val="right"/>
      <w:pPr>
        <w:ind w:left="7560" w:hanging="180"/>
      </w:pPr>
    </w:lvl>
  </w:abstractNum>
  <w:abstractNum w:abstractNumId="28" w15:restartNumberingAfterBreak="0">
    <w:nsid w:val="55463466"/>
    <w:multiLevelType w:val="hybridMultilevel"/>
    <w:tmpl w:val="0B90DDFC"/>
    <w:lvl w:ilvl="0" w:tplc="E45E893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57F224F5"/>
    <w:multiLevelType w:val="hybridMultilevel"/>
    <w:tmpl w:val="432ECF28"/>
    <w:lvl w:ilvl="0" w:tplc="9F1C86D0">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30" w15:restartNumberingAfterBreak="0">
    <w:nsid w:val="57F81D1E"/>
    <w:multiLevelType w:val="hybridMultilevel"/>
    <w:tmpl w:val="040A6B04"/>
    <w:lvl w:ilvl="0" w:tplc="18B41E76">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31" w15:restartNumberingAfterBreak="0">
    <w:nsid w:val="65FD65D5"/>
    <w:multiLevelType w:val="hybridMultilevel"/>
    <w:tmpl w:val="A816C06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8175D08"/>
    <w:multiLevelType w:val="hybridMultilevel"/>
    <w:tmpl w:val="A23EB282"/>
    <w:lvl w:ilvl="0" w:tplc="472CF54A">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33" w15:restartNumberingAfterBreak="0">
    <w:nsid w:val="784C4582"/>
    <w:multiLevelType w:val="hybridMultilevel"/>
    <w:tmpl w:val="C0D436B4"/>
    <w:lvl w:ilvl="0" w:tplc="5F826B60">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34" w15:restartNumberingAfterBreak="0">
    <w:nsid w:val="78BF1A9B"/>
    <w:multiLevelType w:val="hybridMultilevel"/>
    <w:tmpl w:val="018002D6"/>
    <w:lvl w:ilvl="0" w:tplc="B39C16E8">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35" w15:restartNumberingAfterBreak="0">
    <w:nsid w:val="7B88626A"/>
    <w:multiLevelType w:val="hybridMultilevel"/>
    <w:tmpl w:val="4586A982"/>
    <w:lvl w:ilvl="0" w:tplc="D3F02B60">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num w:numId="1" w16cid:durableId="521478291">
    <w:abstractNumId w:val="8"/>
  </w:num>
  <w:num w:numId="2" w16cid:durableId="300233823">
    <w:abstractNumId w:val="6"/>
  </w:num>
  <w:num w:numId="3" w16cid:durableId="2010789018">
    <w:abstractNumId w:val="5"/>
  </w:num>
  <w:num w:numId="4" w16cid:durableId="310406632">
    <w:abstractNumId w:val="4"/>
  </w:num>
  <w:num w:numId="5" w16cid:durableId="1288855037">
    <w:abstractNumId w:val="7"/>
  </w:num>
  <w:num w:numId="6" w16cid:durableId="1005940892">
    <w:abstractNumId w:val="3"/>
  </w:num>
  <w:num w:numId="7" w16cid:durableId="663120951">
    <w:abstractNumId w:val="2"/>
  </w:num>
  <w:num w:numId="8" w16cid:durableId="1185366188">
    <w:abstractNumId w:val="1"/>
  </w:num>
  <w:num w:numId="9" w16cid:durableId="480731523">
    <w:abstractNumId w:val="0"/>
  </w:num>
  <w:num w:numId="10" w16cid:durableId="403339631">
    <w:abstractNumId w:val="28"/>
  </w:num>
  <w:num w:numId="11" w16cid:durableId="240482277">
    <w:abstractNumId w:val="31"/>
  </w:num>
  <w:num w:numId="12" w16cid:durableId="286471237">
    <w:abstractNumId w:val="17"/>
  </w:num>
  <w:num w:numId="13" w16cid:durableId="113715008">
    <w:abstractNumId w:val="9"/>
  </w:num>
  <w:num w:numId="14" w16cid:durableId="439449765">
    <w:abstractNumId w:val="24"/>
  </w:num>
  <w:num w:numId="15" w16cid:durableId="1296108989">
    <w:abstractNumId w:val="29"/>
  </w:num>
  <w:num w:numId="16" w16cid:durableId="1974480072">
    <w:abstractNumId w:val="18"/>
  </w:num>
  <w:num w:numId="17" w16cid:durableId="2014650991">
    <w:abstractNumId w:val="19"/>
  </w:num>
  <w:num w:numId="18" w16cid:durableId="1615670082">
    <w:abstractNumId w:val="20"/>
  </w:num>
  <w:num w:numId="19" w16cid:durableId="433406764">
    <w:abstractNumId w:val="16"/>
  </w:num>
  <w:num w:numId="20" w16cid:durableId="937252000">
    <w:abstractNumId w:val="11"/>
  </w:num>
  <w:num w:numId="21" w16cid:durableId="2134210345">
    <w:abstractNumId w:val="27"/>
  </w:num>
  <w:num w:numId="22" w16cid:durableId="836188083">
    <w:abstractNumId w:val="13"/>
  </w:num>
  <w:num w:numId="23" w16cid:durableId="880827953">
    <w:abstractNumId w:val="23"/>
  </w:num>
  <w:num w:numId="24" w16cid:durableId="2051219982">
    <w:abstractNumId w:val="32"/>
  </w:num>
  <w:num w:numId="25" w16cid:durableId="2031681991">
    <w:abstractNumId w:val="21"/>
  </w:num>
  <w:num w:numId="26" w16cid:durableId="1044870777">
    <w:abstractNumId w:val="26"/>
  </w:num>
  <w:num w:numId="27" w16cid:durableId="1527988435">
    <w:abstractNumId w:val="15"/>
  </w:num>
  <w:num w:numId="28" w16cid:durableId="2047944520">
    <w:abstractNumId w:val="14"/>
  </w:num>
  <w:num w:numId="29" w16cid:durableId="999698005">
    <w:abstractNumId w:val="22"/>
  </w:num>
  <w:num w:numId="30" w16cid:durableId="1836874111">
    <w:abstractNumId w:val="34"/>
  </w:num>
  <w:num w:numId="31" w16cid:durableId="1241066311">
    <w:abstractNumId w:val="25"/>
  </w:num>
  <w:num w:numId="32" w16cid:durableId="897715328">
    <w:abstractNumId w:val="33"/>
  </w:num>
  <w:num w:numId="33" w16cid:durableId="407658232">
    <w:abstractNumId w:val="10"/>
  </w:num>
  <w:num w:numId="34" w16cid:durableId="201796960">
    <w:abstractNumId w:val="35"/>
  </w:num>
  <w:num w:numId="35" w16cid:durableId="370225215">
    <w:abstractNumId w:val="30"/>
  </w:num>
  <w:num w:numId="36" w16cid:durableId="19243389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7A8B"/>
    <w:rsid w:val="0006063C"/>
    <w:rsid w:val="00091135"/>
    <w:rsid w:val="000B1E03"/>
    <w:rsid w:val="000C7750"/>
    <w:rsid w:val="00132E65"/>
    <w:rsid w:val="0015074B"/>
    <w:rsid w:val="00192B8B"/>
    <w:rsid w:val="00197924"/>
    <w:rsid w:val="001B4B88"/>
    <w:rsid w:val="001D623D"/>
    <w:rsid w:val="001F08EA"/>
    <w:rsid w:val="00257C4F"/>
    <w:rsid w:val="00262AEC"/>
    <w:rsid w:val="002946BF"/>
    <w:rsid w:val="0029639D"/>
    <w:rsid w:val="002B7B89"/>
    <w:rsid w:val="00326F90"/>
    <w:rsid w:val="00403EC2"/>
    <w:rsid w:val="004B66D1"/>
    <w:rsid w:val="004E4B96"/>
    <w:rsid w:val="004F4EA3"/>
    <w:rsid w:val="00503C4C"/>
    <w:rsid w:val="0054646D"/>
    <w:rsid w:val="0059604B"/>
    <w:rsid w:val="005E10B8"/>
    <w:rsid w:val="007101FE"/>
    <w:rsid w:val="007B7126"/>
    <w:rsid w:val="00857ED1"/>
    <w:rsid w:val="008A673C"/>
    <w:rsid w:val="008B0544"/>
    <w:rsid w:val="00A03F1E"/>
    <w:rsid w:val="00A406B3"/>
    <w:rsid w:val="00AA1D8D"/>
    <w:rsid w:val="00B47730"/>
    <w:rsid w:val="00BA0899"/>
    <w:rsid w:val="00C23A43"/>
    <w:rsid w:val="00C824CF"/>
    <w:rsid w:val="00CA1332"/>
    <w:rsid w:val="00CB0664"/>
    <w:rsid w:val="00CB29BC"/>
    <w:rsid w:val="00CF0584"/>
    <w:rsid w:val="00CF772E"/>
    <w:rsid w:val="00D67EEA"/>
    <w:rsid w:val="00D9729B"/>
    <w:rsid w:val="00DC4CA5"/>
    <w:rsid w:val="00E05FA1"/>
    <w:rsid w:val="00EA0673"/>
    <w:rsid w:val="00FC693F"/>
    <w:rsid w:val="00FE77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67FF11"/>
  <w14:defaultImageDpi w14:val="300"/>
  <w15:docId w15:val="{A3C5A831-FB8D-4D08-AE42-E006569C9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rPr>
      <w:lang w:val="hu-HU"/>
    </w:rPr>
  </w:style>
  <w:style w:type="paragraph" w:styleId="Cmsor1">
    <w:name w:val="heading 1"/>
    <w:basedOn w:val="Norml"/>
    <w:next w:val="Norml"/>
    <w:link w:val="Cmsor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hivatkozs">
    <w:name w:val="Hyperlink"/>
    <w:basedOn w:val="Bekezdsalapbettpusa"/>
    <w:uiPriority w:val="99"/>
    <w:unhideWhenUsed/>
    <w:rsid w:val="000C7750"/>
    <w:rPr>
      <w:color w:val="0000FF" w:themeColor="hyperlink"/>
      <w:u w:val="single"/>
    </w:rPr>
  </w:style>
  <w:style w:type="character" w:styleId="Feloldatlanmegemlts">
    <w:name w:val="Unresolved Mention"/>
    <w:basedOn w:val="Bekezdsalapbettpusa"/>
    <w:uiPriority w:val="99"/>
    <w:semiHidden/>
    <w:unhideWhenUsed/>
    <w:rsid w:val="000C77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urguidesystem.h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ekelteto.testulet@bkik.hu" TargetMode="External"/><Relationship Id="rId5" Type="http://schemas.openxmlformats.org/officeDocument/2006/relationships/webSettings" Target="webSettings.xml"/><Relationship Id="rId10" Type="http://schemas.openxmlformats.org/officeDocument/2006/relationships/hyperlink" Target="mailto:fogyasztovedelem@bfkh.gov.hu" TargetMode="External"/><Relationship Id="rId4" Type="http://schemas.openxmlformats.org/officeDocument/2006/relationships/settings" Target="settings.xml"/><Relationship Id="rId9" Type="http://schemas.openxmlformats.org/officeDocument/2006/relationships/hyperlink" Target="mailto:booking@tourguidesystem.h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1307</TotalTime>
  <Pages>20</Pages>
  <Words>7344</Words>
  <Characters>50675</Characters>
  <Application>Microsoft Office Word</Application>
  <DocSecurity>0</DocSecurity>
  <Lines>422</Lines>
  <Paragraphs>115</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57904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Arany Gábor</cp:lastModifiedBy>
  <cp:revision>9</cp:revision>
  <dcterms:created xsi:type="dcterms:W3CDTF">2026-09-08T11:56:00Z</dcterms:created>
  <dcterms:modified xsi:type="dcterms:W3CDTF">2026-09-24T07:26:00Z</dcterms:modified>
  <cp:category/>
</cp:coreProperties>
</file>